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2430" w14:textId="77777777" w:rsidR="00BC15E0" w:rsidRPr="002B32DB" w:rsidRDefault="00000000" w:rsidP="002B32DB">
      <w:pPr>
        <w:pStyle w:val="Naslov"/>
        <w:jc w:val="center"/>
        <w:rPr>
          <w:b/>
          <w:bCs/>
          <w:spacing w:val="0"/>
          <w:sz w:val="50"/>
          <w:szCs w:val="50"/>
          <w:lang w:val="fr-FR"/>
        </w:rPr>
      </w:pPr>
      <w:r w:rsidRPr="002B32DB">
        <w:rPr>
          <w:b/>
          <w:bCs/>
          <w:spacing w:val="0"/>
          <w:sz w:val="50"/>
          <w:szCs w:val="50"/>
          <w:lang w:val="fr-FR"/>
        </w:rPr>
        <w:t>Le français en action A1 A2</w:t>
      </w:r>
    </w:p>
    <w:p w14:paraId="0D490B80" w14:textId="5228499A" w:rsidR="00BC15E0" w:rsidRPr="002B32DB" w:rsidRDefault="00000000" w:rsidP="002B32DB">
      <w:pPr>
        <w:pStyle w:val="Podnaslov"/>
        <w:jc w:val="center"/>
        <w:rPr>
          <w:b/>
          <w:bCs/>
          <w:i w:val="0"/>
          <w:iCs w:val="0"/>
          <w:spacing w:val="0"/>
          <w:lang w:val="hr-HR"/>
        </w:rPr>
      </w:pPr>
      <w:r w:rsidRPr="002B32DB">
        <w:rPr>
          <w:b/>
          <w:bCs/>
          <w:i w:val="0"/>
          <w:iCs w:val="0"/>
          <w:spacing w:val="0"/>
          <w:lang w:val="hr-HR"/>
        </w:rPr>
        <w:t>Zbirka interaktivnih aktivnosti za učenje i ponavljanje</w:t>
      </w:r>
      <w:r w:rsidR="002B32DB" w:rsidRPr="002B32DB">
        <w:rPr>
          <w:b/>
          <w:bCs/>
          <w:i w:val="0"/>
          <w:iCs w:val="0"/>
          <w:spacing w:val="0"/>
          <w:lang w:val="hr-HR"/>
        </w:rPr>
        <w:t xml:space="preserve"> gradiva</w:t>
      </w:r>
      <w:r w:rsidRPr="002B32DB">
        <w:rPr>
          <w:b/>
          <w:bCs/>
          <w:i w:val="0"/>
          <w:iCs w:val="0"/>
          <w:spacing w:val="0"/>
          <w:lang w:val="hr-HR"/>
        </w:rPr>
        <w:t xml:space="preserve"> francuskoga jezika</w:t>
      </w:r>
    </w:p>
    <w:p w14:paraId="01E6C677" w14:textId="77777777" w:rsidR="002B32DB" w:rsidRPr="002B32DB" w:rsidRDefault="002B32DB" w:rsidP="002B32DB">
      <w:pPr>
        <w:rPr>
          <w:sz w:val="24"/>
          <w:szCs w:val="24"/>
          <w:lang w:val="hr-HR"/>
        </w:rPr>
      </w:pPr>
    </w:p>
    <w:p w14:paraId="464ADA9B" w14:textId="77777777" w:rsidR="00BC15E0" w:rsidRPr="002B32DB" w:rsidRDefault="00000000" w:rsidP="002B32DB">
      <w:pPr>
        <w:jc w:val="center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>15 nastavnih cjelina • 15 nastavnih sati • 675 minuta</w:t>
      </w:r>
    </w:p>
    <w:p w14:paraId="3D120F20" w14:textId="48C02482" w:rsidR="002B32DB" w:rsidRPr="002B32DB" w:rsidRDefault="00000000" w:rsidP="002B32DB">
      <w:pPr>
        <w:jc w:val="center"/>
        <w:rPr>
          <w:rFonts w:asciiTheme="majorHAnsi" w:hAnsiTheme="majorHAnsi"/>
          <w:b/>
          <w:bCs/>
          <w:sz w:val="24"/>
          <w:szCs w:val="24"/>
          <w:lang w:val="hr-HR"/>
        </w:rPr>
      </w:pPr>
      <w:r w:rsidRPr="002B32DB">
        <w:rPr>
          <w:rFonts w:asciiTheme="majorHAnsi" w:hAnsiTheme="majorHAnsi"/>
          <w:b/>
          <w:bCs/>
          <w:sz w:val="24"/>
          <w:szCs w:val="24"/>
          <w:lang w:val="hr-HR"/>
        </w:rPr>
        <w:t>Autor: Goran Rukavina, prof.</w:t>
      </w:r>
      <w:r w:rsidR="002B32DB" w:rsidRPr="002B32DB">
        <w:rPr>
          <w:rFonts w:asciiTheme="majorHAnsi" w:hAnsiTheme="majorHAnsi"/>
          <w:b/>
          <w:bCs/>
          <w:sz w:val="24"/>
          <w:szCs w:val="24"/>
          <w:lang w:val="hr-HR"/>
        </w:rPr>
        <w:t xml:space="preserve"> savjetnik, </w:t>
      </w:r>
      <w:r w:rsidRPr="002B32DB">
        <w:rPr>
          <w:rFonts w:asciiTheme="majorHAnsi" w:hAnsiTheme="majorHAnsi"/>
          <w:b/>
          <w:bCs/>
          <w:sz w:val="24"/>
          <w:szCs w:val="24"/>
          <w:lang w:val="hr-HR"/>
        </w:rPr>
        <w:t>Ekonomska škola, Imotski</w:t>
      </w:r>
    </w:p>
    <w:p w14:paraId="6DDC9A74" w14:textId="092974B0" w:rsidR="00BC15E0" w:rsidRPr="002B32DB" w:rsidRDefault="00000000" w:rsidP="002B32DB">
      <w:pPr>
        <w:pStyle w:val="Naslov2"/>
        <w:jc w:val="both"/>
        <w:rPr>
          <w:szCs w:val="24"/>
          <w:lang w:val="hr-HR"/>
        </w:rPr>
      </w:pPr>
      <w:r w:rsidRPr="002B32DB">
        <w:rPr>
          <w:szCs w:val="24"/>
          <w:lang w:val="hr-HR"/>
        </w:rPr>
        <w:br/>
        <w:t>O zbirci</w:t>
      </w:r>
    </w:p>
    <w:p w14:paraId="431E4F3F" w14:textId="0BFCDF64" w:rsidR="00BC15E0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 xml:space="preserve">Zbirka je namijenjena učenicima </w:t>
      </w:r>
      <w:r w:rsidR="002B32DB" w:rsidRPr="002B32DB">
        <w:rPr>
          <w:rFonts w:asciiTheme="majorHAnsi" w:hAnsiTheme="majorHAnsi"/>
          <w:sz w:val="24"/>
          <w:szCs w:val="24"/>
          <w:lang w:val="hr-HR"/>
        </w:rPr>
        <w:t xml:space="preserve">koji uče francuski jezik </w:t>
      </w:r>
      <w:r w:rsidRPr="002B32DB">
        <w:rPr>
          <w:rFonts w:asciiTheme="majorHAnsi" w:hAnsiTheme="majorHAnsi"/>
          <w:sz w:val="24"/>
          <w:szCs w:val="24"/>
          <w:lang w:val="hr-HR"/>
        </w:rPr>
        <w:t xml:space="preserve">na razinama A1 i A2. Sadrži petnaest nastavnih cjelina koje povezuju interaktivne zadatke u </w:t>
      </w:r>
      <w:proofErr w:type="spellStart"/>
      <w:r w:rsidRPr="002B32DB">
        <w:rPr>
          <w:rFonts w:asciiTheme="majorHAnsi" w:hAnsiTheme="majorHAnsi"/>
          <w:sz w:val="24"/>
          <w:szCs w:val="24"/>
          <w:lang w:val="hr-HR"/>
        </w:rPr>
        <w:t>Wordwallu</w:t>
      </w:r>
      <w:proofErr w:type="spellEnd"/>
      <w:r w:rsidRPr="002B32DB">
        <w:rPr>
          <w:rFonts w:asciiTheme="majorHAnsi" w:hAnsiTheme="majorHAnsi"/>
          <w:sz w:val="24"/>
          <w:szCs w:val="24"/>
          <w:lang w:val="hr-HR"/>
        </w:rPr>
        <w:t xml:space="preserve"> s razumijevanjem, pisanjem i usmenom komunikacijom. Svaka cjelina donosi ishod, uputu učeniku, zadatke i rješenja, prijedlog primjene te tijek jednoga nastavnog sata.</w:t>
      </w:r>
    </w:p>
    <w:p w14:paraId="7CD30E82" w14:textId="77777777" w:rsidR="00BC15E0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 xml:space="preserve">Ukupan planirani opseg iznosi 15 nastavnih sati po 45 minuta. Taj se opseg odnosi na cjelokupan metodički opisani rad, uključujući digitalni dio i prateće zadatke. Trajanje pojedinoga </w:t>
      </w:r>
      <w:proofErr w:type="spellStart"/>
      <w:r w:rsidRPr="002B32DB">
        <w:rPr>
          <w:rFonts w:asciiTheme="majorHAnsi" w:hAnsiTheme="majorHAnsi"/>
          <w:sz w:val="24"/>
          <w:szCs w:val="24"/>
          <w:lang w:val="hr-HR"/>
        </w:rPr>
        <w:t>Wordwall</w:t>
      </w:r>
      <w:proofErr w:type="spellEnd"/>
      <w:r w:rsidRPr="002B32DB">
        <w:rPr>
          <w:rFonts w:asciiTheme="majorHAnsi" w:hAnsiTheme="majorHAnsi"/>
          <w:sz w:val="24"/>
          <w:szCs w:val="24"/>
          <w:lang w:val="hr-HR"/>
        </w:rPr>
        <w:t xml:space="preserve"> zadatka dio je nastavne cjeline.</w:t>
      </w:r>
    </w:p>
    <w:p w14:paraId="47E07D46" w14:textId="77777777" w:rsidR="00BC15E0" w:rsidRPr="002B32DB" w:rsidRDefault="00000000" w:rsidP="002B32DB">
      <w:pPr>
        <w:pStyle w:val="Naslov2"/>
        <w:jc w:val="both"/>
        <w:rPr>
          <w:szCs w:val="24"/>
          <w:lang w:val="hr-HR"/>
        </w:rPr>
      </w:pPr>
      <w:r w:rsidRPr="002B32DB">
        <w:rPr>
          <w:szCs w:val="24"/>
          <w:lang w:val="hr-HR"/>
        </w:rPr>
        <w:t>Svrha i primjena</w:t>
      </w:r>
    </w:p>
    <w:p w14:paraId="0A32BD93" w14:textId="77777777" w:rsidR="00BC15E0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>Sadržaji služe učenju, uvježbavanju i ponavljanju osnovnih komunikacijskih situacija. Primjenjivi su u redovnoj i fakultativnoj nastavi te u nastavi za strukovna zanimanja. Učenici rade individualno, u paru ili zajednički na ploči. Nastavnik prilagođava razinu potpore predznanju učenika.</w:t>
      </w:r>
    </w:p>
    <w:p w14:paraId="579F6D65" w14:textId="77777777" w:rsidR="00BC15E0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>Ishodi su za ovu zbirku formulirani opisno. Učenici razvijaju razumijevanje jednostavnih pisanih poruka, kratku usmenu i pisanu produkciju te komunikaciju u poznatim situacijama. Aktivnost 14 namijenjena je razini A2 i provodi se nakon obrade osnovne tvorbe prošloga vremena.</w:t>
      </w:r>
    </w:p>
    <w:p w14:paraId="1A348FFD" w14:textId="77777777" w:rsidR="00BC15E0" w:rsidRPr="002B32DB" w:rsidRDefault="00000000" w:rsidP="002B32DB">
      <w:pPr>
        <w:pStyle w:val="Naslov2"/>
        <w:jc w:val="both"/>
        <w:rPr>
          <w:szCs w:val="24"/>
          <w:lang w:val="hr-HR"/>
        </w:rPr>
      </w:pPr>
      <w:r w:rsidRPr="002B32DB">
        <w:rPr>
          <w:szCs w:val="24"/>
          <w:lang w:val="hr-HR"/>
        </w:rPr>
        <w:t>Podatci za javnu objavu</w:t>
      </w:r>
    </w:p>
    <w:p w14:paraId="0B134E11" w14:textId="77777777" w:rsidR="002B32DB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>Datum javne objave zbirke: ____________________</w:t>
      </w:r>
    </w:p>
    <w:p w14:paraId="646BA737" w14:textId="77777777" w:rsidR="002B32DB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>Mrežno mjesto objave zbirke: ____________________</w:t>
      </w:r>
    </w:p>
    <w:p w14:paraId="6D849DA5" w14:textId="10FACDD6" w:rsidR="00BC15E0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>Poveznica na objavljenu zbirku: ____________________</w:t>
      </w:r>
    </w:p>
    <w:p w14:paraId="230B90E4" w14:textId="77777777" w:rsidR="002B32DB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 xml:space="preserve">Uz svaku cjelinu predviđeno je mjesto za javnu poveznicu na </w:t>
      </w:r>
      <w:proofErr w:type="spellStart"/>
      <w:r w:rsidRPr="002B32DB">
        <w:rPr>
          <w:rFonts w:asciiTheme="majorHAnsi" w:hAnsiTheme="majorHAnsi"/>
          <w:sz w:val="24"/>
          <w:szCs w:val="24"/>
          <w:lang w:val="hr-HR"/>
        </w:rPr>
        <w:t>Wordwall.</w:t>
      </w:r>
      <w:proofErr w:type="spellEnd"/>
    </w:p>
    <w:p w14:paraId="13A0C0C0" w14:textId="632F2782" w:rsidR="00BC15E0" w:rsidRPr="002B32DB" w:rsidRDefault="00000000" w:rsidP="002B32DB">
      <w:pPr>
        <w:jc w:val="both"/>
        <w:rPr>
          <w:rFonts w:asciiTheme="majorHAnsi" w:hAnsiTheme="majorHAnsi"/>
          <w:sz w:val="24"/>
          <w:szCs w:val="24"/>
          <w:lang w:val="hr-HR"/>
        </w:rPr>
      </w:pPr>
      <w:r w:rsidRPr="002B32DB">
        <w:rPr>
          <w:rFonts w:asciiTheme="majorHAnsi" w:hAnsiTheme="majorHAnsi"/>
          <w:sz w:val="24"/>
          <w:szCs w:val="24"/>
          <w:lang w:val="hr-HR"/>
        </w:rPr>
        <w:t xml:space="preserve">U cjelini Ma </w:t>
      </w:r>
      <w:proofErr w:type="spellStart"/>
      <w:r w:rsidRPr="002B32DB">
        <w:rPr>
          <w:rFonts w:asciiTheme="majorHAnsi" w:hAnsiTheme="majorHAnsi"/>
          <w:sz w:val="24"/>
          <w:szCs w:val="24"/>
          <w:lang w:val="hr-HR"/>
        </w:rPr>
        <w:t>famille</w:t>
      </w:r>
      <w:proofErr w:type="spellEnd"/>
      <w:r w:rsidRPr="002B32DB">
        <w:rPr>
          <w:rFonts w:asciiTheme="majorHAnsi" w:hAnsiTheme="majorHAnsi"/>
          <w:sz w:val="24"/>
          <w:szCs w:val="24"/>
          <w:lang w:val="hr-HR"/>
        </w:rPr>
        <w:t xml:space="preserve"> predviđene su dvije povezane digitalne faze.</w:t>
      </w:r>
    </w:p>
    <w:p w14:paraId="190F3854" w14:textId="77777777" w:rsidR="00BC15E0" w:rsidRPr="002B32DB" w:rsidRDefault="00000000" w:rsidP="002B32DB">
      <w:pPr>
        <w:jc w:val="both"/>
        <w:rPr>
          <w:rFonts w:asciiTheme="majorHAnsi" w:hAnsiTheme="majorHAnsi"/>
        </w:rPr>
      </w:pPr>
      <w:r w:rsidRPr="002B32DB">
        <w:rPr>
          <w:rFonts w:asciiTheme="majorHAnsi" w:hAnsiTheme="majorHAnsi"/>
        </w:rPr>
        <w:br w:type="page"/>
      </w:r>
    </w:p>
    <w:p w14:paraId="77F0B94A" w14:textId="77777777" w:rsidR="00BC15E0" w:rsidRPr="002B32DB" w:rsidRDefault="00000000">
      <w:pPr>
        <w:pStyle w:val="Naslov1"/>
        <w:rPr>
          <w:rFonts w:cstheme="majorHAnsi"/>
          <w:sz w:val="24"/>
          <w:szCs w:val="24"/>
        </w:rPr>
      </w:pPr>
      <w:r w:rsidRPr="002B32DB">
        <w:rPr>
          <w:rFonts w:cstheme="majorHAnsi"/>
          <w:sz w:val="24"/>
          <w:szCs w:val="24"/>
        </w:rPr>
        <w:lastRenderedPageBreak/>
        <w:t>Pregled aktivnosti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3744"/>
        <w:gridCol w:w="1008"/>
        <w:gridCol w:w="3528"/>
        <w:gridCol w:w="1440"/>
      </w:tblGrid>
      <w:tr w:rsidR="00BC15E0" w:rsidRPr="002B32DB" w14:paraId="03BD8176" w14:textId="77777777">
        <w:trPr>
          <w:cantSplit/>
          <w:tblHeader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0156B9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b/>
                <w:sz w:val="24"/>
                <w:szCs w:val="24"/>
              </w:rPr>
              <w:t>Br.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68E75F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b/>
                <w:sz w:val="24"/>
                <w:szCs w:val="24"/>
              </w:rPr>
              <w:t>Naslov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81247F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b/>
                <w:sz w:val="24"/>
                <w:szCs w:val="24"/>
              </w:rPr>
              <w:t>Razina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61CEB6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b/>
                <w:sz w:val="24"/>
                <w:szCs w:val="24"/>
              </w:rPr>
              <w:t>Predložak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440D43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b/>
                <w:sz w:val="24"/>
                <w:szCs w:val="24"/>
              </w:rPr>
              <w:t>Opseg</w:t>
            </w:r>
          </w:p>
        </w:tc>
      </w:tr>
      <w:tr w:rsidR="00BC15E0" w:rsidRPr="002B32DB" w14:paraId="05F7E88A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1C2F3C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CE073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Bonjour Faisons connaissance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4B527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7DCB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CB8D4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7BF3A7D6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A0A078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38E71F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Qui suis je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76DB3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0832E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5E80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4AC17536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7AC5A3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CD2A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 famille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2A6C11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80BDE3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Match up i 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01951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2615A2A8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BA7AFF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0D756E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À l’école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5EF346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A79701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Group sort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58BB4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79C9736D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DD748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08AD3C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 journée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EACCF6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C5BE01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Match up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16EE87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1B051F7E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5E1A41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21FA9D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Quelle heure est il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98526C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9EB69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Match up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D002B7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63E4F081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95E5AA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9869C6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Dans ma ville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1EA18E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288925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23200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48187064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EB8224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EC93E4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Où est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2727D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1EE507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Match up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44F930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6D716EA2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9C90E1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6EFECD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Au café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1CA14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221F4F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Match up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7DC76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7DD388C7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AE3FE7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64EEB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Au restaurant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9E6A95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BAE7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1115A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7A33BB6F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332764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11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7AECC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On fait les courses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DAC37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89B460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Group sort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D9A24A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69E02BD6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AA8743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13EB96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Quel temps fait il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418F97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2E733D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Match up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07E4C5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3254C94E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E9B84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A0EA92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On part en voyage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53D82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982657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386BC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14234A0D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BB7FD0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14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233D88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Hier j’ai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FC64B2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AFD5C9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Unjumble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A940AF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0C023A09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DC8B59" w14:textId="77777777" w:rsidR="00BC15E0" w:rsidRPr="002B32DB" w:rsidRDefault="0000000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DA98C5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Le grand défi A1 A2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238352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A1–A2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71E51D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Gameshow quiz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6F5AFC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 sat</w:t>
            </w:r>
          </w:p>
        </w:tc>
      </w:tr>
      <w:tr w:rsidR="00BC15E0" w:rsidRPr="002B32DB" w14:paraId="54E24CE4" w14:textId="7777777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791F7E" w14:textId="77777777" w:rsidR="00BC15E0" w:rsidRPr="002B32DB" w:rsidRDefault="00BC15E0">
            <w:pPr>
              <w:spacing w:before="2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BA15C4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Ukupno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E1D6BF" w14:textId="77777777" w:rsidR="00BC15E0" w:rsidRPr="002B32DB" w:rsidRDefault="00BC15E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F82F5B" w14:textId="77777777" w:rsidR="00BC15E0" w:rsidRPr="002B32DB" w:rsidRDefault="00BC15E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3DAB53" w14:textId="77777777" w:rsidR="00BC15E0" w:rsidRPr="002B32DB" w:rsidRDefault="00000000">
            <w:pPr>
              <w:spacing w:before="20"/>
              <w:rPr>
                <w:rFonts w:asciiTheme="majorHAnsi" w:hAnsiTheme="majorHAnsi" w:cstheme="majorHAnsi"/>
                <w:sz w:val="24"/>
                <w:szCs w:val="24"/>
              </w:rPr>
            </w:pPr>
            <w:r w:rsidRPr="002B32DB">
              <w:rPr>
                <w:rFonts w:asciiTheme="majorHAnsi" w:hAnsiTheme="majorHAnsi" w:cstheme="majorHAnsi"/>
                <w:sz w:val="24"/>
                <w:szCs w:val="24"/>
              </w:rPr>
              <w:t>15 sati</w:t>
            </w:r>
          </w:p>
        </w:tc>
      </w:tr>
    </w:tbl>
    <w:p w14:paraId="08ACBA72" w14:textId="77777777" w:rsidR="00BC15E0" w:rsidRPr="002B32DB" w:rsidRDefault="00BC15E0">
      <w:pPr>
        <w:spacing w:after="0" w:line="60" w:lineRule="exact"/>
        <w:rPr>
          <w:rFonts w:asciiTheme="majorHAnsi" w:hAnsiTheme="majorHAnsi" w:cstheme="majorHAnsi"/>
          <w:sz w:val="24"/>
          <w:szCs w:val="24"/>
        </w:rPr>
      </w:pPr>
    </w:p>
    <w:p w14:paraId="6579654E" w14:textId="77777777" w:rsidR="00BC15E0" w:rsidRPr="002B32DB" w:rsidRDefault="00000000">
      <w:pPr>
        <w:pStyle w:val="Naslov2"/>
        <w:rPr>
          <w:rFonts w:cstheme="majorHAnsi"/>
          <w:szCs w:val="24"/>
        </w:rPr>
      </w:pPr>
      <w:r w:rsidRPr="002B32DB">
        <w:rPr>
          <w:rFonts w:cstheme="majorHAnsi"/>
          <w:szCs w:val="24"/>
        </w:rPr>
        <w:t>Upute za uporabu</w:t>
      </w:r>
    </w:p>
    <w:p w14:paraId="7D303C85" w14:textId="77777777" w:rsidR="00BC15E0" w:rsidRPr="002B32DB" w:rsidRDefault="00000000">
      <w:pPr>
        <w:rPr>
          <w:rFonts w:asciiTheme="majorHAnsi" w:hAnsiTheme="majorHAnsi" w:cstheme="majorHAnsi"/>
          <w:sz w:val="24"/>
          <w:szCs w:val="24"/>
        </w:rPr>
      </w:pPr>
      <w:r w:rsidRPr="002B32DB">
        <w:rPr>
          <w:rFonts w:asciiTheme="majorHAnsi" w:hAnsiTheme="majorHAnsi" w:cstheme="majorHAnsi"/>
          <w:sz w:val="24"/>
          <w:szCs w:val="24"/>
        </w:rPr>
        <w:t>U kvizovima su točni odgovori i distraktori prikazani u zasebnim stupcima. Pri unosu izmiješajte redoslijed ponuđenih odgovora. Tablice povezivanja i razvrstavanja ujedno prikazuju rješenja. Za Unjumble unose se ispravne rečenice, a za završni kviz pitanja i odgovori.</w:t>
      </w:r>
    </w:p>
    <w:p w14:paraId="3E8EBCB1" w14:textId="77777777" w:rsidR="00BC15E0" w:rsidRPr="002B32DB" w:rsidRDefault="00000000">
      <w:pPr>
        <w:rPr>
          <w:rFonts w:asciiTheme="majorHAnsi" w:hAnsiTheme="majorHAnsi" w:cstheme="majorHAnsi"/>
          <w:sz w:val="24"/>
          <w:szCs w:val="24"/>
        </w:rPr>
      </w:pPr>
      <w:r w:rsidRPr="002B32DB">
        <w:rPr>
          <w:rFonts w:asciiTheme="majorHAnsi" w:hAnsiTheme="majorHAnsi" w:cstheme="majorHAnsi"/>
          <w:sz w:val="24"/>
          <w:szCs w:val="24"/>
        </w:rPr>
        <w:t>Za cjelinu Qui suis-je odabran je Quiz jer uključuje dopunjavanje, prepoznavanje značenja i trostruku dopunu. U drugoj fazi Ma famille također je ponuđen Quiz kako bi svaka dopuna imala vlastite jednoznačne odgovore. Prateći zadatci mogu se provoditi usmeno, na radnom listu ili uz projekciju ovoga dokumenta.</w:t>
      </w:r>
    </w:p>
    <w:p w14:paraId="04E9AE3E" w14:textId="77777777" w:rsidR="00BC15E0" w:rsidRPr="002B32DB" w:rsidRDefault="00000000">
      <w:pPr>
        <w:rPr>
          <w:rFonts w:asciiTheme="majorHAnsi" w:hAnsiTheme="majorHAnsi" w:cstheme="majorHAnsi"/>
          <w:sz w:val="24"/>
          <w:szCs w:val="24"/>
        </w:rPr>
      </w:pPr>
      <w:r w:rsidRPr="002B32DB">
        <w:rPr>
          <w:rFonts w:asciiTheme="majorHAnsi" w:hAnsiTheme="majorHAnsi" w:cstheme="majorHAnsi"/>
          <w:sz w:val="24"/>
          <w:szCs w:val="24"/>
        </w:rPr>
        <w:t>Pri vrednovanju nastavnik prati razumljivost poruke, primjenu ciljanih izraza i sudjelovanje učenika. Rezultat digitalne igre dopunjuje se opažanjem razgovora i kratkih pisanih zadataka. Svi cjenici, prognoze i podatci o putovanjima u zbirci služe vježbi i izmišljeni su.</w:t>
      </w:r>
    </w:p>
    <w:p w14:paraId="13CE2F22" w14:textId="38396F23" w:rsidR="00BC15E0" w:rsidRPr="00D84A54" w:rsidRDefault="00000000">
      <w:pPr>
        <w:pStyle w:val="Naslov1"/>
        <w:pageBreakBefore/>
        <w:rPr>
          <w:lang w:val="fr-FR"/>
        </w:rPr>
      </w:pPr>
      <w:r w:rsidRPr="00D84A54">
        <w:rPr>
          <w:lang w:val="fr-FR"/>
        </w:rPr>
        <w:lastRenderedPageBreak/>
        <w:t xml:space="preserve">1 Bonjour </w:t>
      </w:r>
      <w:r w:rsidR="00D84A54" w:rsidRPr="00D84A54">
        <w:rPr>
          <w:lang w:val="fr-FR"/>
        </w:rPr>
        <w:t xml:space="preserve">! </w:t>
      </w:r>
      <w:r w:rsidRPr="00D84A54">
        <w:rPr>
          <w:lang w:val="fr-FR"/>
        </w:rPr>
        <w:t>Faisons connaissance</w:t>
      </w:r>
      <w:r w:rsidR="00D84A54" w:rsidRPr="00D84A54">
        <w:rPr>
          <w:lang w:val="fr-FR"/>
        </w:rPr>
        <w:t xml:space="preserve"> !</w:t>
      </w:r>
    </w:p>
    <w:p w14:paraId="67F2DE13" w14:textId="77777777" w:rsidR="00BC15E0" w:rsidRDefault="00000000">
      <w:r>
        <w:t>Razina: A1</w:t>
      </w:r>
      <w:r>
        <w:br/>
        <w:t>Tema: Pozdravljanje, predstavljanje i osnovni osobni podatci</w:t>
      </w:r>
      <w:r>
        <w:br/>
        <w:t>Opseg: 1 nastavni sat (45 minuta)</w:t>
      </w:r>
      <w:r>
        <w:br/>
        <w:t>Predložak: Quiz</w:t>
      </w:r>
      <w:r>
        <w:br/>
        <w:t>Broj digitalnih zadataka ili pojmova: 15</w:t>
      </w:r>
    </w:p>
    <w:p w14:paraId="6B3E7DFA" w14:textId="77777777" w:rsidR="00BC15E0" w:rsidRDefault="00000000">
      <w:pPr>
        <w:pStyle w:val="Naslov2"/>
      </w:pPr>
      <w:r>
        <w:t>Odgojno obrazovni ishod</w:t>
      </w:r>
    </w:p>
    <w:p w14:paraId="5773E26B" w14:textId="77777777" w:rsidR="00BC15E0" w:rsidRDefault="00000000">
      <w:r>
        <w:t>Učenik razumije i primjenjuje osnovne izraze za pozdravljanje i predstavljanje te razmjenjuje jednostavne osobne podatke u kratkoj svakodnevnoj komunikaciji.</w:t>
      </w:r>
    </w:p>
    <w:p w14:paraId="13C213CB" w14:textId="77777777" w:rsidR="00BC15E0" w:rsidRDefault="00000000">
      <w:pPr>
        <w:pStyle w:val="Naslov2"/>
      </w:pPr>
      <w:r>
        <w:t>Opis za javnu objavu</w:t>
      </w:r>
    </w:p>
    <w:p w14:paraId="177DFBF6" w14:textId="77777777" w:rsidR="00BC15E0" w:rsidRDefault="00000000">
      <w:r>
        <w:t>Učenici uvježbavaju pozdrave, predstavljanje, pitanja i odgovore o imenu, dobi, mjestu stanovanja i nacionalnosti te osnovne izraze pristojnosti.</w:t>
      </w:r>
    </w:p>
    <w:p w14:paraId="5737BC18" w14:textId="77777777" w:rsidR="00BC15E0" w:rsidRDefault="00000000">
      <w:pPr>
        <w:pStyle w:val="Naslov2"/>
      </w:pPr>
      <w:r>
        <w:t>Sadržaj za Wordwall</w:t>
      </w:r>
    </w:p>
    <w:p w14:paraId="65BD939D" w14:textId="77777777" w:rsidR="00BC15E0" w:rsidRDefault="00000000">
      <w:pPr>
        <w:pStyle w:val="Naslov2"/>
      </w:pPr>
      <w:proofErr w:type="spellStart"/>
      <w:r>
        <w:t>Završna</w:t>
      </w:r>
      <w:proofErr w:type="spellEnd"/>
      <w:r>
        <w:t xml:space="preserve"> </w:t>
      </w:r>
      <w:proofErr w:type="spellStart"/>
      <w:r>
        <w:t>komunikacijska</w:t>
      </w:r>
      <w:proofErr w:type="spellEnd"/>
      <w:r>
        <w:t xml:space="preserve"> </w:t>
      </w:r>
      <w:proofErr w:type="spellStart"/>
      <w:r>
        <w:t>aktivnost</w:t>
      </w:r>
      <w:proofErr w:type="spellEnd"/>
    </w:p>
    <w:p w14:paraId="34D4EB2B" w14:textId="77777777" w:rsidR="00BC15E0" w:rsidRDefault="00000000">
      <w:r>
        <w:t>Učenici u paru vode razgovor prema modelu, a zatim mijenjaju osobne podatke. Svaki učenik zapisuje četiri rečenice o sebi ili izmišljenoj osobi.</w:t>
      </w:r>
    </w:p>
    <w:p w14:paraId="674E9122" w14:textId="77777777" w:rsidR="00BC15E0" w:rsidRDefault="00000000">
      <w:pPr>
        <w:keepLines/>
      </w:pPr>
      <w:r>
        <w:t>— Bonjour ! Comment tu t’appelles ?</w:t>
      </w:r>
      <w:r>
        <w:br/>
        <w:t>— Je m’appelle Marie. Et toi ?</w:t>
      </w:r>
      <w:r>
        <w:br/>
        <w:t>— Moi, c’est Paul. Quel âge as-tu ?</w:t>
      </w:r>
      <w:r>
        <w:br/>
        <w:t>— J’ai seize ans.</w:t>
      </w:r>
      <w:r>
        <w:br/>
        <w:t>— Où habites-tu ?</w:t>
      </w:r>
      <w:r>
        <w:br/>
        <w:t>— J’habite à Zagreb. Et toi ?</w:t>
      </w:r>
      <w:r>
        <w:br/>
        <w:t>— J’habite à Split.</w:t>
      </w:r>
      <w:r>
        <w:br/>
        <w:t>— Enchanté !</w:t>
      </w:r>
      <w:r>
        <w:br/>
        <w:t>— Enchantée !</w:t>
      </w:r>
    </w:p>
    <w:p w14:paraId="4C22AE40" w14:textId="77777777" w:rsidR="00BC15E0" w:rsidRDefault="00000000">
      <w:r>
        <w:t>Prijevod: Dobar dan! Kako se zoveš? — Zovem se Marie. A ti? — Ja sam Paul. Koliko imaš godina? — Imam šesnaest godina. — Gdje stanuješ? — U Zagrebu. A ti? — U Splitu. — Drago mi je! — Drago mi je!</w:t>
      </w:r>
    </w:p>
    <w:p w14:paraId="6983B27A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42ECB982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62DB5E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6984F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8E15F3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6D1616B4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58CD8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8E68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C09B6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50D99FE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71ED68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AD658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DC9F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0C72477E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D77FD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4F18D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7E3F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E088A2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2D537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E6BF0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3BA3D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0130A116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A9C6E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413F1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1F7DF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1912BBDB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A0847C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076B6E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B12CDC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7EBD826B" w14:textId="77777777" w:rsidR="00BC15E0" w:rsidRDefault="00BC15E0">
      <w:pPr>
        <w:spacing w:after="0" w:line="60" w:lineRule="exact"/>
      </w:pPr>
    </w:p>
    <w:p w14:paraId="4741361C" w14:textId="77777777" w:rsidR="00BC15E0" w:rsidRDefault="00000000">
      <w:pPr>
        <w:pStyle w:val="Naslov2"/>
      </w:pPr>
      <w:r>
        <w:t>Metodička napomena</w:t>
      </w:r>
    </w:p>
    <w:p w14:paraId="2BC5B819" w14:textId="77777777" w:rsidR="00BC15E0" w:rsidRDefault="00000000">
      <w:r>
        <w:t>Aktivnost se koristi nakon obrade sadržaja ili za ponavljanje. Učenici rješavaju kviz individualno ili u paru, obrazlažu odabrane odgovore i zatim prenose izraze u razgovor. U završnoj provjeri predstavljaju se bez čitanja cijeloga modela.</w:t>
      </w:r>
    </w:p>
    <w:p w14:paraId="5B346E72" w14:textId="4ABA7949" w:rsidR="00BC15E0" w:rsidRDefault="00000000">
      <w:r>
        <w:t xml:space="preserve">Poveznica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interaktivnu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: </w:t>
      </w:r>
      <w:hyperlink r:id="rId8" w:history="1">
        <w:r w:rsidR="00D15B2D" w:rsidRPr="000870C8">
          <w:rPr>
            <w:rStyle w:val="Hiperveza"/>
          </w:rPr>
          <w:t>https://wordwall.net/hr/resource/120720642/bonjour-faisons-connaissance</w:t>
        </w:r>
      </w:hyperlink>
      <w:r w:rsidR="00D15B2D">
        <w:t xml:space="preserve"> </w:t>
      </w:r>
      <w:r>
        <w:br/>
      </w:r>
    </w:p>
    <w:p w14:paraId="057E03AE" w14:textId="35C2F15A" w:rsidR="00BC15E0" w:rsidRDefault="00000000">
      <w:pPr>
        <w:pStyle w:val="Naslov1"/>
        <w:pageBreakBefore/>
      </w:pPr>
      <w:r>
        <w:lastRenderedPageBreak/>
        <w:t>2 Qui suis</w:t>
      </w:r>
      <w:r w:rsidR="00D84A54">
        <w:t>-</w:t>
      </w:r>
      <w:r>
        <w:t>je</w:t>
      </w:r>
      <w:r w:rsidR="00D84A54">
        <w:t xml:space="preserve"> ?</w:t>
      </w:r>
    </w:p>
    <w:p w14:paraId="4E5FCBC7" w14:textId="77777777" w:rsidR="00BC15E0" w:rsidRDefault="00000000">
      <w:r>
        <w:t>Razina: A1</w:t>
      </w:r>
      <w:r>
        <w:br/>
        <w:t>Tema: Glagoli être i avoir, nacionalnosti i zanimanja</w:t>
      </w:r>
      <w:r>
        <w:br/>
        <w:t>Opseg: 1 nastavni sat (45 minuta)</w:t>
      </w:r>
      <w:r>
        <w:br/>
        <w:t>Predložak: Quiz</w:t>
      </w:r>
      <w:r>
        <w:br/>
        <w:t>Broj digitalnih zadataka ili pojmova: 15</w:t>
      </w:r>
    </w:p>
    <w:p w14:paraId="4C197985" w14:textId="77777777" w:rsidR="00BC15E0" w:rsidRDefault="00000000">
      <w:pPr>
        <w:pStyle w:val="Naslov2"/>
      </w:pPr>
      <w:r>
        <w:t>Odgojno obrazovni ishod</w:t>
      </w:r>
    </w:p>
    <w:p w14:paraId="0857B032" w14:textId="77777777" w:rsidR="00BC15E0" w:rsidRDefault="00000000">
      <w:r>
        <w:t>Učenik razumije i primjenjuje osnovne oblike glagola être i avoir u prezentu te jednostavnim rečenicama iskazuje nacionalnost, zanimanje, dob i osnovne osobne podatke.</w:t>
      </w:r>
    </w:p>
    <w:p w14:paraId="270F2F94" w14:textId="77777777" w:rsidR="00BC15E0" w:rsidRDefault="00000000">
      <w:pPr>
        <w:pStyle w:val="Naslov2"/>
      </w:pPr>
      <w:r>
        <w:t>Opis za javnu objavu</w:t>
      </w:r>
    </w:p>
    <w:p w14:paraId="0CA10A33" w14:textId="77777777" w:rsidR="00BC15E0" w:rsidRDefault="00000000">
      <w:r>
        <w:t>Učenici uvježbavaju uporabu glagola être i avoir u prezentu te vokabular povezan s nacionalnostima i zanimanjima. Gramatičke strukture primjenjuju u jednostavnim komunikacijskim situacijama.</w:t>
      </w:r>
    </w:p>
    <w:p w14:paraId="1910FA4E" w14:textId="77777777" w:rsidR="00BC15E0" w:rsidRDefault="00000000">
      <w:pPr>
        <w:pStyle w:val="Naslov2"/>
      </w:pPr>
      <w:r>
        <w:t>Sadržaj za Wordwall</w:t>
      </w:r>
    </w:p>
    <w:p w14:paraId="3B5F4985" w14:textId="77777777" w:rsidR="00BC15E0" w:rsidRDefault="00000000">
      <w:r>
        <w:t>Uputa: Choisis la bonne réponse pour compléter la phrase ou répondre à la question. / Odaberi odgovor koji dopunjava rečenicu ili odgovara na pitanje.</w:t>
      </w:r>
    </w:p>
    <w:p w14:paraId="143CFB80" w14:textId="77777777" w:rsidR="00BC15E0" w:rsidRDefault="00000000">
      <w:pPr>
        <w:pStyle w:val="Naslov2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komunikacija</w:t>
      </w:r>
      <w:proofErr w:type="spellEnd"/>
    </w:p>
    <w:p w14:paraId="0289298E" w14:textId="77777777" w:rsidR="00BC15E0" w:rsidRDefault="00000000">
      <w:r>
        <w:t>Učenici izrađuju kratku osobnu karticu, zatim u paru postavljaju pitanja i odgovaraju. Mogu koristiti stvarne ili izmišljene podatke.</w:t>
      </w:r>
    </w:p>
    <w:p w14:paraId="630BEE12" w14:textId="77777777" w:rsidR="00BC15E0" w:rsidRDefault="00000000">
      <w:pPr>
        <w:keepLines/>
      </w:pPr>
      <w:r>
        <w:t>Ma carte d’identité</w:t>
      </w:r>
      <w:r>
        <w:br/>
        <w:t>Je m’appelle __________.</w:t>
      </w:r>
      <w:r>
        <w:br/>
        <w:t>J’ai __________ ans.</w:t>
      </w:r>
      <w:r>
        <w:br/>
        <w:t>Je suis __________.</w:t>
      </w:r>
      <w:r>
        <w:br/>
        <w:t>J’habite à __________.</w:t>
      </w:r>
      <w:r>
        <w:br/>
        <w:t>Je suis élève.</w:t>
      </w:r>
      <w:r>
        <w:br/>
        <w:t>Plus tard, je voudrais être __________.</w:t>
      </w:r>
    </w:p>
    <w:p w14:paraId="5BB91F4D" w14:textId="77777777" w:rsidR="00BC15E0" w:rsidRDefault="00000000">
      <w:r>
        <w:t>Pitanja: Comment tu t’appelles ? Quel âge as-tu ? Tu es de quelle nationalité ? Où habites-tu ? Qu’est-ce que tu voudrais faire plus tard ?</w:t>
      </w:r>
    </w:p>
    <w:p w14:paraId="67F2B9FE" w14:textId="77777777" w:rsidR="00BC15E0" w:rsidRDefault="00000000">
      <w:r>
        <w:t>Značenje: Kako se zoveš? Koliko imaš godina? Koje si nacionalnosti? Gdje stanuješ? Čime bi se želio/željela baviti u budućnosti?</w:t>
      </w:r>
    </w:p>
    <w:p w14:paraId="65D62A20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63240BB0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AFA32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D319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38CFA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641DA266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E159F8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456E2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9F160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1263B07B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EC0D4D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C7328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EAC3B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613F8559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762678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E7D8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122C6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2A9EB02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EB9E3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22947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A6F20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0BE0702F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D7E2CB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24427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15A17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487041E3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C6AA7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D46F9E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CAF045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159C6B7F" w14:textId="77777777" w:rsidR="00BC15E0" w:rsidRDefault="00BC15E0">
      <w:pPr>
        <w:spacing w:after="0" w:line="60" w:lineRule="exact"/>
      </w:pPr>
    </w:p>
    <w:p w14:paraId="2CD4AC4C" w14:textId="77777777" w:rsidR="00BC15E0" w:rsidRDefault="00000000">
      <w:pPr>
        <w:pStyle w:val="Naslov2"/>
      </w:pPr>
      <w:r>
        <w:t>Metodička napomena</w:t>
      </w:r>
    </w:p>
    <w:p w14:paraId="75E2AC2F" w14:textId="77777777" w:rsidR="00BC15E0" w:rsidRDefault="00000000">
      <w:r>
        <w:t>Aktivnost se provodi nakon obrade prezenta être i avoir te osnovnog vokabulara. Je voudrais être uvodi se kao gotov izraz za željeno zanimanje. U završnoj provjeri učenik izgovara rečenicu s être i rečenicu s avoir.</w:t>
      </w:r>
    </w:p>
    <w:p w14:paraId="13F47958" w14:textId="7C88B8BA" w:rsidR="00BC15E0" w:rsidRDefault="00000000">
      <w:r>
        <w:t xml:space="preserve">Poveznica na interaktivnu aktivnost: </w:t>
      </w:r>
      <w:hyperlink r:id="rId9" w:history="1">
        <w:r w:rsidR="00D15B2D" w:rsidRPr="000870C8">
          <w:rPr>
            <w:rStyle w:val="Hiperveza"/>
          </w:rPr>
          <w:t>https://wordwall.net/hr/resource/120721013/qui-suis-je</w:t>
        </w:r>
      </w:hyperlink>
      <w:r w:rsidR="00D15B2D">
        <w:t xml:space="preserve"> </w:t>
      </w:r>
      <w:r>
        <w:br/>
      </w:r>
    </w:p>
    <w:p w14:paraId="24DFD899" w14:textId="77777777" w:rsidR="00BC15E0" w:rsidRDefault="00000000">
      <w:pPr>
        <w:pStyle w:val="Naslov1"/>
        <w:pageBreakBefore/>
      </w:pPr>
      <w:r>
        <w:lastRenderedPageBreak/>
        <w:t>3 Ma famille</w:t>
      </w:r>
    </w:p>
    <w:p w14:paraId="3A851ED4" w14:textId="77777777" w:rsidR="00BC15E0" w:rsidRDefault="00000000">
      <w:r>
        <w:t>Razina: A1</w:t>
      </w:r>
      <w:r>
        <w:br/>
        <w:t>Tema: Obitelj i posvojni pridjevi mon, ma, mes, ton, ta, tes</w:t>
      </w:r>
      <w:r>
        <w:br/>
        <w:t>Opseg: 1 nastavni sat (45 minuta)</w:t>
      </w:r>
      <w:r>
        <w:br/>
        <w:t>Predložak: Match up i Quiz</w:t>
      </w:r>
      <w:r>
        <w:br/>
        <w:t>Broj digitalnih zadataka ili pojmova: 15</w:t>
      </w:r>
    </w:p>
    <w:p w14:paraId="1FFC7C2A" w14:textId="77777777" w:rsidR="00BC15E0" w:rsidRDefault="00000000">
      <w:pPr>
        <w:pStyle w:val="Naslov2"/>
      </w:pPr>
      <w:r>
        <w:t>Odgojno obrazovni ishod</w:t>
      </w:r>
    </w:p>
    <w:p w14:paraId="3434263C" w14:textId="77777777" w:rsidR="00BC15E0" w:rsidRDefault="00000000">
      <w:r>
        <w:t>Učenik razumije i upotrebljava osnovni vokabular povezan s članovima obitelji te primjenjuje osnovne posvojne pridjeve pri jednostavnom predstavljanju i opisivanju svoje obitelji.</w:t>
      </w:r>
    </w:p>
    <w:p w14:paraId="4FAB9081" w14:textId="77777777" w:rsidR="00BC15E0" w:rsidRDefault="00000000">
      <w:pPr>
        <w:pStyle w:val="Naslov2"/>
      </w:pPr>
      <w:r>
        <w:t>Opis za javnu objavu</w:t>
      </w:r>
    </w:p>
    <w:p w14:paraId="03D3945C" w14:textId="77777777" w:rsidR="00BC15E0" w:rsidRDefault="00000000">
      <w:r>
        <w:t>Učenici povezuju nazive članova obitelji s opisima te uvježbavaju uporabu posvojnih pridjeva mon, ma, mes, ton, ta, tes u jednostavnim komunikacijskim situacijama.</w:t>
      </w:r>
    </w:p>
    <w:p w14:paraId="66EF4BAF" w14:textId="6C40FC35" w:rsidR="00BC15E0" w:rsidRDefault="002F1887">
      <w:pPr>
        <w:pStyle w:val="Naslov2"/>
      </w:pPr>
      <w:proofErr w:type="spellStart"/>
      <w:r>
        <w:t>Digitalna</w:t>
      </w:r>
      <w:proofErr w:type="spellEnd"/>
      <w:r>
        <w:t xml:space="preserve"> </w:t>
      </w:r>
      <w:proofErr w:type="spellStart"/>
      <w:r>
        <w:t>faza</w:t>
      </w:r>
      <w:proofErr w:type="spellEnd"/>
      <w:r>
        <w:t xml:space="preserve"> 1</w:t>
      </w:r>
    </w:p>
    <w:p w14:paraId="0537769C" w14:textId="4E15F62B" w:rsidR="00BC15E0" w:rsidRDefault="00000000">
      <w:r>
        <w:t>Match up. Uputa: Associe chaque membre de la famille à sa description. / Poveži člana obitelji s opisom. Opisi se odnose na primjer obiteljskoga stabla.</w:t>
      </w:r>
    </w:p>
    <w:p w14:paraId="39B6CFD9" w14:textId="0A9D42BD" w:rsidR="00BC15E0" w:rsidRDefault="00000000">
      <w:pPr>
        <w:pStyle w:val="Naslov2"/>
      </w:pPr>
      <w:proofErr w:type="spellStart"/>
      <w:r>
        <w:t>Digitalna</w:t>
      </w:r>
      <w:proofErr w:type="spellEnd"/>
      <w:r>
        <w:t xml:space="preserve"> </w:t>
      </w:r>
      <w:proofErr w:type="spellStart"/>
      <w:r>
        <w:t>faza</w:t>
      </w:r>
      <w:proofErr w:type="spellEnd"/>
      <w:r>
        <w:t xml:space="preserve"> </w:t>
      </w:r>
      <w:r w:rsidR="002F1887">
        <w:t>2</w:t>
      </w:r>
    </w:p>
    <w:p w14:paraId="355085C2" w14:textId="77777777" w:rsidR="00BC15E0" w:rsidRDefault="00000000">
      <w:r>
        <w:t>Quiz. Uputa: Complète avec le possessif qui convient. / Dopuni odgovarajućim posvojnim pridjevom. Je parle de ma famille dans les phrases 1–3. Je pose des questions sur ta famille dans les phrases 4–5.</w:t>
      </w:r>
    </w:p>
    <w:p w14:paraId="65D16554" w14:textId="77777777" w:rsidR="00BC15E0" w:rsidRDefault="00000000">
      <w:pPr>
        <w:pStyle w:val="Naslov2"/>
      </w:pPr>
      <w:proofErr w:type="spellStart"/>
      <w:r>
        <w:t>Završna</w:t>
      </w:r>
      <w:proofErr w:type="spellEnd"/>
      <w:r>
        <w:t xml:space="preserve"> </w:t>
      </w:r>
      <w:proofErr w:type="spellStart"/>
      <w:r>
        <w:t>komunikacijska</w:t>
      </w:r>
      <w:proofErr w:type="spellEnd"/>
      <w:r>
        <w:t xml:space="preserve"> </w:t>
      </w:r>
      <w:proofErr w:type="spellStart"/>
      <w:r>
        <w:t>aktivnost</w:t>
      </w:r>
      <w:proofErr w:type="spellEnd"/>
    </w:p>
    <w:p w14:paraId="2D292A33" w14:textId="77777777" w:rsidR="00BC15E0" w:rsidRDefault="00000000">
      <w:r>
        <w:t>Učenik predstavlja stvarnu ili izmišljenu obitelj u pet do šest rečenica.</w:t>
      </w:r>
    </w:p>
    <w:p w14:paraId="1F44A279" w14:textId="77777777" w:rsidR="00BC15E0" w:rsidRDefault="00000000">
      <w:pPr>
        <w:keepLines/>
      </w:pPr>
      <w:r>
        <w:t>Voici ma famille.</w:t>
      </w:r>
      <w:r>
        <w:br/>
        <w:t>Mon père s’appelle Pierre.</w:t>
      </w:r>
      <w:r>
        <w:br/>
        <w:t>Ma mère s’appelle Sophie.</w:t>
      </w:r>
      <w:r>
        <w:br/>
        <w:t>J’ai un frère et une sœur.</w:t>
      </w:r>
      <w:r>
        <w:br/>
        <w:t>Mon frère a quinze ans.</w:t>
      </w:r>
      <w:r>
        <w:br/>
        <w:t>Mes grands-parents habitent à Lyon.</w:t>
      </w:r>
    </w:p>
    <w:p w14:paraId="06EB8137" w14:textId="77777777" w:rsidR="00BC15E0" w:rsidRDefault="00000000">
      <w:pPr>
        <w:pStyle w:val="Naslov2"/>
      </w:pPr>
      <w:proofErr w:type="spellStart"/>
      <w:r>
        <w:t>Tijek</w:t>
      </w:r>
      <w:proofErr w:type="spellEnd"/>
      <w:r>
        <w:t xml:space="preserve"> </w:t>
      </w:r>
      <w:proofErr w:type="spellStart"/>
      <w:r>
        <w:t>nastavnog</w:t>
      </w:r>
      <w:proofErr w:type="spellEnd"/>
      <w:r>
        <w:t xml:space="preserve"> </w:t>
      </w:r>
      <w:proofErr w:type="spellStart"/>
      <w:r>
        <w:t>sata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647AE635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C8CC5C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4B3CD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8272CC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32E84E28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DE60E2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37B1F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B23D5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90A2461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0B31AC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7D3E7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D34BA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45C04D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22677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E926D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83C65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39C69E0B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31954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885F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78C91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04BD3354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A9D20F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EC368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F5CCC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44395A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66D2DD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B44EB7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3C8192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1FD0284B" w14:textId="77777777" w:rsidR="00BC15E0" w:rsidRDefault="00BC15E0">
      <w:pPr>
        <w:spacing w:after="0" w:line="60" w:lineRule="exact"/>
      </w:pPr>
    </w:p>
    <w:p w14:paraId="0FA680D1" w14:textId="77777777" w:rsidR="00BC15E0" w:rsidRDefault="00000000">
      <w:pPr>
        <w:pStyle w:val="Naslov2"/>
      </w:pPr>
      <w:r>
        <w:t>Metodička napomena</w:t>
      </w:r>
    </w:p>
    <w:p w14:paraId="01A894EA" w14:textId="77777777" w:rsidR="00BC15E0" w:rsidRDefault="00000000">
      <w:r>
        <w:t>Dvije digitalne faze čine jednu nastavnu cjelinu. Nastavnik prije rada objašnjava odnose na primjeru obiteljskoga stabla. Posvojni pridjev bira se prema rodu i broju imenice. Učenici mogu opisivati izmišljenu obitelj.</w:t>
      </w:r>
    </w:p>
    <w:p w14:paraId="3B659752" w14:textId="26115C8C" w:rsidR="00BC15E0" w:rsidRDefault="00000000">
      <w:r>
        <w:t xml:space="preserve">Poveznica na 1. digitalnu fazu: </w:t>
      </w:r>
      <w:hyperlink r:id="rId10" w:history="1">
        <w:r w:rsidR="00D15B2D" w:rsidRPr="000870C8">
          <w:rPr>
            <w:rStyle w:val="Hiperveza"/>
          </w:rPr>
          <w:t>https://wordwall.net/hr/resource/120721269/ma-famille-1</w:t>
        </w:r>
      </w:hyperlink>
      <w:r w:rsidR="00D15B2D">
        <w:t xml:space="preserve"> </w:t>
      </w:r>
      <w:r>
        <w:br/>
        <w:t xml:space="preserve">Poveznica na 2. digitalnu fazu: </w:t>
      </w:r>
      <w:hyperlink r:id="rId11" w:history="1">
        <w:r w:rsidR="00D15B2D" w:rsidRPr="000870C8">
          <w:rPr>
            <w:rStyle w:val="Hiperveza"/>
          </w:rPr>
          <w:t>https://wordwall.net/hr/resource/120721522/ma-famille-2</w:t>
        </w:r>
      </w:hyperlink>
      <w:r w:rsidR="00D15B2D">
        <w:t xml:space="preserve"> </w:t>
      </w:r>
      <w:r>
        <w:br/>
      </w:r>
    </w:p>
    <w:p w14:paraId="436AF51D" w14:textId="77777777" w:rsidR="00BC15E0" w:rsidRDefault="00000000">
      <w:pPr>
        <w:pStyle w:val="Naslov1"/>
        <w:pageBreakBefore/>
      </w:pPr>
      <w:r>
        <w:lastRenderedPageBreak/>
        <w:t>4 À l’école</w:t>
      </w:r>
    </w:p>
    <w:p w14:paraId="794A340C" w14:textId="62DD3380" w:rsidR="00BC15E0" w:rsidRDefault="00000000">
      <w:r>
        <w:t>Razina: A1</w:t>
      </w:r>
      <w:r>
        <w:br/>
        <w:t>Tema: Školski predmeti, osobe, pribor i prostorije</w:t>
      </w:r>
      <w:r>
        <w:br/>
        <w:t>Opseg: 1 nastavni sat (45 minuta)</w:t>
      </w:r>
      <w:r>
        <w:br/>
      </w:r>
      <w:proofErr w:type="spellStart"/>
      <w:r>
        <w:t>Predložak</w:t>
      </w:r>
      <w:proofErr w:type="spellEnd"/>
      <w:r>
        <w:t>: Group sort</w:t>
      </w:r>
      <w:r w:rsidR="00CD0E21">
        <w:t xml:space="preserve">, </w:t>
      </w:r>
      <w:proofErr w:type="spellStart"/>
      <w:r w:rsidR="00CD0E21">
        <w:t>dopunjavanje</w:t>
      </w:r>
      <w:proofErr w:type="spellEnd"/>
      <w:r>
        <w:br/>
      </w:r>
      <w:proofErr w:type="spellStart"/>
      <w:r>
        <w:t>Broj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ili pojmova: 16</w:t>
      </w:r>
    </w:p>
    <w:p w14:paraId="2EBB9A62" w14:textId="77777777" w:rsidR="00BC15E0" w:rsidRDefault="00000000">
      <w:pPr>
        <w:pStyle w:val="Naslov2"/>
      </w:pPr>
      <w:r>
        <w:t>Odgojno obrazovni ishod</w:t>
      </w:r>
    </w:p>
    <w:p w14:paraId="6E1E7C56" w14:textId="77777777" w:rsidR="00BC15E0" w:rsidRDefault="00000000">
      <w:r>
        <w:t>Učenik razumije i upotrebljava osnovni vokabular povezan sa školom te jednostavnim rečenicama imenuje osobe, predmete i prostorije u školskom okruženju.</w:t>
      </w:r>
    </w:p>
    <w:p w14:paraId="2294EE2C" w14:textId="77777777" w:rsidR="00BC15E0" w:rsidRDefault="00000000">
      <w:pPr>
        <w:pStyle w:val="Naslov2"/>
      </w:pPr>
      <w:r>
        <w:t>Opis za javnu objavu</w:t>
      </w:r>
    </w:p>
    <w:p w14:paraId="4681DC6F" w14:textId="77777777" w:rsidR="00BC15E0" w:rsidRDefault="00000000">
      <w:r>
        <w:t>Učenici razvrstavaju školski vokabular u četiri skupine, a zatim primjenjuju izraze il y a, c’est i ce sont pri jednostavnom opisivanju učionice i škole.</w:t>
      </w:r>
    </w:p>
    <w:p w14:paraId="7EF26EFA" w14:textId="368FB175" w:rsidR="00BC15E0" w:rsidRDefault="00CD0E21">
      <w:pPr>
        <w:pStyle w:val="Naslov2"/>
      </w:pPr>
      <w:proofErr w:type="spellStart"/>
      <w:r>
        <w:t>Aktivnost</w:t>
      </w:r>
      <w:proofErr w:type="spellEnd"/>
      <w:r>
        <w:t xml:space="preserve"> 1</w:t>
      </w:r>
    </w:p>
    <w:p w14:paraId="35987929" w14:textId="77777777" w:rsidR="00BC15E0" w:rsidRDefault="00000000">
      <w:r>
        <w:t>Uputa: Classe les mots dans les quatre groupes. / Razvrstaj riječi u četiri skupine.</w:t>
      </w:r>
    </w:p>
    <w:p w14:paraId="0F41D800" w14:textId="5730FC3E" w:rsidR="00BC15E0" w:rsidRDefault="00CD0E21">
      <w:pPr>
        <w:pStyle w:val="Naslov2"/>
      </w:pPr>
      <w:proofErr w:type="spellStart"/>
      <w:r>
        <w:t>Aktivnost</w:t>
      </w:r>
      <w:proofErr w:type="spellEnd"/>
      <w:r>
        <w:t xml:space="preserve"> 2</w:t>
      </w:r>
    </w:p>
    <w:p w14:paraId="6C081E49" w14:textId="77777777" w:rsidR="00BC15E0" w:rsidRDefault="00000000">
      <w:r>
        <w:t>Complète avec il y a, c’est ou ce sont. / Dopuni ponuđenim izrazima.</w:t>
      </w:r>
    </w:p>
    <w:p w14:paraId="45970F68" w14:textId="77777777" w:rsidR="00BC15E0" w:rsidRDefault="00000000">
      <w:pPr>
        <w:pStyle w:val="Naslov2"/>
      </w:pPr>
      <w:proofErr w:type="spellStart"/>
      <w:r>
        <w:t>Završna</w:t>
      </w:r>
      <w:proofErr w:type="spellEnd"/>
      <w:r>
        <w:t xml:space="preserve"> </w:t>
      </w:r>
      <w:proofErr w:type="spellStart"/>
      <w:r>
        <w:t>komunikacijska</w:t>
      </w:r>
      <w:proofErr w:type="spellEnd"/>
      <w:r>
        <w:t xml:space="preserve"> </w:t>
      </w:r>
      <w:proofErr w:type="spellStart"/>
      <w:r>
        <w:t>aktivnost</w:t>
      </w:r>
      <w:proofErr w:type="spellEnd"/>
    </w:p>
    <w:p w14:paraId="4F36E072" w14:textId="77777777" w:rsidR="00BC15E0" w:rsidRDefault="00000000">
      <w:r>
        <w:t>Učenik opisuje školu ili učionicu u pet rečenica, a zatim razgovara s partnerom.</w:t>
      </w:r>
    </w:p>
    <w:p w14:paraId="074D6330" w14:textId="77777777" w:rsidR="00BC15E0" w:rsidRDefault="00000000">
      <w:pPr>
        <w:keepLines/>
      </w:pPr>
      <w:r>
        <w:t>Voici mon école.</w:t>
      </w:r>
      <w:r>
        <w:br/>
        <w:t>Dans mon école, il y a une bibliothèque et une cantine.</w:t>
      </w:r>
      <w:r>
        <w:br/>
        <w:t>Dans ma classe, il y a un tableau.</w:t>
      </w:r>
      <w:r>
        <w:br/>
        <w:t>Sur ma table, il y a un cahier et une trousse.</w:t>
      </w:r>
      <w:r>
        <w:br/>
        <w:t>Ma matière préférée, c’est le français.</w:t>
      </w:r>
    </w:p>
    <w:p w14:paraId="3EE2DFE3" w14:textId="77777777" w:rsidR="00BC15E0" w:rsidRDefault="00000000">
      <w:r>
        <w:t>Prijevod: Ovo je moja škola. U mojoj školi ima knjižnica i školska blagovaonica. U mojoj učionici nalazi se ploča. Na mojem stolu nalaze se bilježnica i pernica. Moj omiljeni predmet je francuski.</w:t>
      </w:r>
    </w:p>
    <w:p w14:paraId="20B3CAD4" w14:textId="77777777" w:rsidR="00BC15E0" w:rsidRDefault="00000000">
      <w:pPr>
        <w:keepLines/>
      </w:pPr>
      <w:r>
        <w:t>— Qu’est-ce qu’il y a dans ta trousse ?</w:t>
      </w:r>
      <w:r>
        <w:br/>
        <w:t>— Dans ma trousse, il y a un stylo et une règle.</w:t>
      </w:r>
      <w:r>
        <w:br/>
        <w:t>— Quelle est ta matière préférée ?</w:t>
      </w:r>
      <w:r>
        <w:br/>
        <w:t>— Ma matière préférée, c’est l’histoire.</w:t>
      </w:r>
    </w:p>
    <w:p w14:paraId="2C78E5CF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56866A5B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14F1EB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1954A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193EAF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7BA3C06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AB1A6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207FC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D24B6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58F03664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181CC9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529C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F1951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697BEBEC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638148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6370A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E5E48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5292F7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16AC6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DFD17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72AB7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35937517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0F3217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15CD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54998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74975EC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FFB60A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F790CD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7AC2FF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6E1C6763" w14:textId="77777777" w:rsidR="00BC15E0" w:rsidRDefault="00BC15E0">
      <w:pPr>
        <w:spacing w:after="0" w:line="60" w:lineRule="exact"/>
      </w:pPr>
    </w:p>
    <w:p w14:paraId="52B7327B" w14:textId="77777777" w:rsidR="00BC15E0" w:rsidRDefault="00000000">
      <w:pPr>
        <w:pStyle w:val="Naslov2"/>
      </w:pPr>
      <w:r>
        <w:t>Metodička napomena</w:t>
      </w:r>
    </w:p>
    <w:p w14:paraId="591879B7" w14:textId="77777777" w:rsidR="00BC15E0" w:rsidRDefault="00000000">
      <w:r>
        <w:t>Razvrstavanje organizira vokabular prema značenju. Učenici ga zatim koriste u opisu neposrednoga okruženja. Kao potporu mogu koristiti tablicu pojmova i rečenične obrasce.</w:t>
      </w:r>
    </w:p>
    <w:p w14:paraId="1B0243F0" w14:textId="0197E128" w:rsidR="00BC15E0" w:rsidRDefault="00000000"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 w:rsidR="00D15B2D">
        <w:t xml:space="preserve">1. </w:t>
      </w:r>
      <w:proofErr w:type="spellStart"/>
      <w:r>
        <w:t>interaktivnu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: </w:t>
      </w:r>
      <w:hyperlink r:id="rId12" w:history="1">
        <w:r w:rsidR="00D15B2D" w:rsidRPr="000870C8">
          <w:rPr>
            <w:rStyle w:val="Hiperveza"/>
          </w:rPr>
          <w:t>https://wordwall.net/hr/resource/120722051/a-l%C3%A9cole-1</w:t>
        </w:r>
      </w:hyperlink>
      <w:r w:rsidR="00D15B2D">
        <w:t xml:space="preserve"> </w:t>
      </w:r>
    </w:p>
    <w:p w14:paraId="7794F1EA" w14:textId="1FA726A0" w:rsidR="00D15B2D" w:rsidRDefault="00D15B2D"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t>2</w:t>
      </w:r>
      <w:r>
        <w:t xml:space="preserve">. </w:t>
      </w:r>
      <w:proofErr w:type="spellStart"/>
      <w:r>
        <w:t>interaktivnu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>:</w:t>
      </w:r>
      <w:r>
        <w:t xml:space="preserve"> </w:t>
      </w:r>
      <w:hyperlink r:id="rId13" w:history="1">
        <w:r w:rsidRPr="000870C8">
          <w:rPr>
            <w:rStyle w:val="Hiperveza"/>
          </w:rPr>
          <w:t>https://wordwall.net/hr/resource/120722295/%C3%A0-l%C3%A9cole-2</w:t>
        </w:r>
      </w:hyperlink>
      <w:r>
        <w:t xml:space="preserve"> </w:t>
      </w:r>
    </w:p>
    <w:p w14:paraId="40F51B97" w14:textId="77777777" w:rsidR="00BC15E0" w:rsidRDefault="00000000">
      <w:pPr>
        <w:pStyle w:val="Naslov1"/>
        <w:pageBreakBefore/>
      </w:pPr>
      <w:r>
        <w:lastRenderedPageBreak/>
        <w:t>5 Ma journée</w:t>
      </w:r>
    </w:p>
    <w:p w14:paraId="16303BB0" w14:textId="77777777" w:rsidR="00BC15E0" w:rsidRDefault="00000000">
      <w:r>
        <w:t>Razina: A1</w:t>
      </w:r>
      <w:r>
        <w:br/>
        <w:t>Tema: Svakodnevne aktivnosti i prezent</w:t>
      </w:r>
      <w:r>
        <w:br/>
        <w:t>Opseg: 1 nastavni sat (45 minuta)</w:t>
      </w:r>
      <w:r>
        <w:br/>
        <w:t>Predložak: Match up</w:t>
      </w:r>
      <w:r>
        <w:br/>
        <w:t>Broj digitalnih zadataka ili pojmova: 15</w:t>
      </w:r>
    </w:p>
    <w:p w14:paraId="536E7B85" w14:textId="77777777" w:rsidR="00BC15E0" w:rsidRDefault="00000000">
      <w:pPr>
        <w:pStyle w:val="Naslov2"/>
      </w:pPr>
      <w:r>
        <w:t>Odgojno obrazovni ishod</w:t>
      </w:r>
    </w:p>
    <w:p w14:paraId="50857A14" w14:textId="77777777" w:rsidR="00BC15E0" w:rsidRDefault="00000000">
      <w:r>
        <w:t>Učenik razumije osnovne izraze za svakodnevne aktivnosti te jednostavnim rečenicama u prezentu opisuje svoj dan.</w:t>
      </w:r>
    </w:p>
    <w:p w14:paraId="2BA92629" w14:textId="77777777" w:rsidR="00BC15E0" w:rsidRDefault="00000000">
      <w:pPr>
        <w:pStyle w:val="Naslov2"/>
      </w:pPr>
      <w:r>
        <w:t>Opis za javnu objavu</w:t>
      </w:r>
    </w:p>
    <w:p w14:paraId="1329C505" w14:textId="77777777" w:rsidR="00BC15E0" w:rsidRDefault="00000000">
      <w:r>
        <w:t>Učenici povezuju francuske izraze za svakodnevne aktivnosti s hrvatskim značenjima, a zatim ih upotrebljavaju za opisivanje vlastitoga dnevnog rasporeda.</w:t>
      </w:r>
    </w:p>
    <w:p w14:paraId="4478074A" w14:textId="77777777" w:rsidR="00BC15E0" w:rsidRDefault="00000000">
      <w:pPr>
        <w:pStyle w:val="Naslov2"/>
      </w:pPr>
      <w:r>
        <w:t>Sadržaj za Wordwall</w:t>
      </w:r>
    </w:p>
    <w:p w14:paraId="4BBC7DBF" w14:textId="77777777" w:rsidR="00BC15E0" w:rsidRDefault="00000000">
      <w:r>
        <w:t>Uputa: Associe chaque expression à sa traduction. / Poveži svaki izraz s njegovim prijevodom.</w:t>
      </w:r>
    </w:p>
    <w:p w14:paraId="3149D3FD" w14:textId="77777777" w:rsidR="00BC15E0" w:rsidRDefault="00000000">
      <w:pPr>
        <w:pStyle w:val="Naslov2"/>
      </w:pPr>
      <w:proofErr w:type="spellStart"/>
      <w:r>
        <w:t>Primjena</w:t>
      </w:r>
      <w:proofErr w:type="spellEnd"/>
    </w:p>
    <w:p w14:paraId="78566068" w14:textId="77777777" w:rsidR="00BC15E0" w:rsidRDefault="00000000">
      <w:r>
        <w:t>Le matin, Léa se lève à sept heures. Elle prend son petit-déjeuner et elle va à l’école. À midi, elle déjeune à la cantine. L’après-midi, elle rentre à la maison et elle fait ses devoirs. Le soir, elle écoute de la musique. Elle se couche à vingt-deux heures.</w:t>
      </w:r>
    </w:p>
    <w:p w14:paraId="24BD6B45" w14:textId="77777777" w:rsidR="00BC15E0" w:rsidRDefault="00000000">
      <w:r>
        <w:t>Prijevod: Ujutro Léa ustaje u sedam sati. Doručkuje i ide u školu. U podne ruča u školskoj blagovaonici. Poslijepodne se vraća kući i piše domaću zadaću. Navečer sluša glazbu. Liježe u krevet u dvadeset dva sata.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49209C87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C908B7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60155E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0D84F7C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21B7A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Léa se lève-t-elle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8FDFA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se lève à sept heures.</w:t>
            </w:r>
          </w:p>
        </w:tc>
      </w:tr>
      <w:tr w:rsidR="00BC15E0" w14:paraId="7E2C552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221E1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Où déjeune-t-elle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E8B31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déjeune à la cantine.</w:t>
            </w:r>
          </w:p>
        </w:tc>
      </w:tr>
      <w:tr w:rsidR="00BC15E0" w14:paraId="6B98759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CC599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Que fait-elle l’après-midi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94EEC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rentre à la maison et elle fait ses devoirs.</w:t>
            </w:r>
          </w:p>
        </w:tc>
      </w:tr>
      <w:tr w:rsidR="00BC15E0" w14:paraId="2158D32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E34DD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Que fait-elle le soir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2ED97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écoute de la musique.</w:t>
            </w:r>
          </w:p>
        </w:tc>
      </w:tr>
      <w:tr w:rsidR="00BC15E0" w14:paraId="10AE050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A9C9B2" w14:textId="77777777" w:rsidR="00BC15E0" w:rsidRDefault="00000000">
            <w:pPr>
              <w:spacing w:before="20"/>
            </w:pPr>
            <w:r>
              <w:rPr>
                <w:sz w:val="19"/>
              </w:rPr>
              <w:t>À quelle heure se couche-t-elle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ABB0E4" w14:textId="77777777" w:rsidR="00BC15E0" w:rsidRDefault="00000000">
            <w:pPr>
              <w:spacing w:before="20"/>
            </w:pPr>
            <w:r>
              <w:rPr>
                <w:sz w:val="19"/>
              </w:rPr>
              <w:t>Elle se couche à vingt-deux heures.</w:t>
            </w:r>
          </w:p>
        </w:tc>
      </w:tr>
    </w:tbl>
    <w:p w14:paraId="7F02B9AC" w14:textId="77777777" w:rsidR="00BC15E0" w:rsidRDefault="00BC15E0">
      <w:pPr>
        <w:spacing w:after="0" w:line="60" w:lineRule="exact"/>
      </w:pPr>
    </w:p>
    <w:p w14:paraId="2699F22C" w14:textId="77777777" w:rsidR="00BC15E0" w:rsidRDefault="00000000">
      <w:pPr>
        <w:pStyle w:val="Naslov2"/>
      </w:pPr>
      <w:r>
        <w:t>Završna komunikacijska aktivnost</w:t>
      </w:r>
    </w:p>
    <w:p w14:paraId="7AEC5108" w14:textId="77777777" w:rsidR="00BC15E0" w:rsidRDefault="00000000">
      <w:r>
        <w:t>Učenik opisuje stvarni ili izmišljeni dan u šest rečenica. Potpora: le matin — ujutro; à midi — u podne; l’après-midi — poslijepodne; le soir — navečer; d’abord — najprije; ensuite — zatim.</w:t>
      </w:r>
    </w:p>
    <w:p w14:paraId="56ED91F2" w14:textId="77777777" w:rsidR="00BC15E0" w:rsidRDefault="00000000">
      <w:pPr>
        <w:keepLines/>
      </w:pPr>
      <w:r>
        <w:t>Le matin, je me lève à sept heures.</w:t>
      </w:r>
      <w:r>
        <w:br/>
        <w:t>D’abord, je me lave.</w:t>
      </w:r>
      <w:r>
        <w:br/>
        <w:t>Ensuite, je prends mon petit-déjeuner.</w:t>
      </w:r>
      <w:r>
        <w:br/>
        <w:t>Je vais à l’école.</w:t>
      </w:r>
      <w:r>
        <w:br/>
        <w:t>L’après-midi, je fais mes devoirs.</w:t>
      </w:r>
      <w:r>
        <w:br/>
        <w:t>Le soir, je me couche à vingt-deux heures.</w:t>
      </w:r>
      <w:r>
        <w:br/>
        <w:t>— Tu te lèves à quelle heure ?</w:t>
      </w:r>
      <w:r>
        <w:br/>
        <w:t>— Je me lève à sept heures.</w:t>
      </w:r>
      <w:r>
        <w:br/>
        <w:t>— Qu’est-ce que tu fais après l’école ?</w:t>
      </w:r>
      <w:r>
        <w:br/>
        <w:t>— Je fais mes devoirs et j’écoute de la musique.</w:t>
      </w:r>
    </w:p>
    <w:p w14:paraId="7304DC6F" w14:textId="77777777" w:rsidR="00BC15E0" w:rsidRDefault="00000000">
      <w:pPr>
        <w:pStyle w:val="Naslov2"/>
      </w:pPr>
      <w:r>
        <w:lastRenderedPageBreak/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3E44DC21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898144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30D9C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1EA8F8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170A5859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BDB401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AF784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A64DF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08226C0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EC10B9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4A3A2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51BA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4D0586C5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95F493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D4643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14C63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694D672F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101C64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1E069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F95A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57A3778E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7C5A67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A5039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86F64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095E82D7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2E7A66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1A5F8A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00BB9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09CE224A" w14:textId="77777777" w:rsidR="00BC15E0" w:rsidRDefault="00BC15E0">
      <w:pPr>
        <w:spacing w:after="0" w:line="60" w:lineRule="exact"/>
      </w:pPr>
    </w:p>
    <w:p w14:paraId="44061C7E" w14:textId="77777777" w:rsidR="00BC15E0" w:rsidRDefault="00000000">
      <w:pPr>
        <w:pStyle w:val="Naslov2"/>
      </w:pPr>
      <w:r>
        <w:t>Metodička napomena</w:t>
      </w:r>
    </w:p>
    <w:p w14:paraId="397FDCAC" w14:textId="77777777" w:rsidR="00BC15E0" w:rsidRDefault="00000000">
      <w:r>
        <w:t>Aktivnost se provodi nakon upoznavanja s osnovnim glagolima za svakodnevne radnje. Povratni glagoli koriste se kao gotovi izrazi, uz razlikovanje je me lève i elle se lève. Učenici mogu koristiti tablicu tijekom pisanja i razgovora.</w:t>
      </w:r>
    </w:p>
    <w:p w14:paraId="79419696" w14:textId="7594A097" w:rsidR="00BC15E0" w:rsidRDefault="00000000">
      <w:r>
        <w:t xml:space="preserve">Poveznica na interaktivnu aktivnost: </w:t>
      </w:r>
      <w:hyperlink r:id="rId14" w:history="1">
        <w:r w:rsidR="00D15B2D" w:rsidRPr="000870C8">
          <w:rPr>
            <w:rStyle w:val="Hiperveza"/>
          </w:rPr>
          <w:t>https://wordwall.net/hr/resource/120722694/ma-journ%C3%A9e</w:t>
        </w:r>
      </w:hyperlink>
      <w:r w:rsidR="00D15B2D">
        <w:t xml:space="preserve"> </w:t>
      </w:r>
      <w:r>
        <w:br/>
      </w:r>
    </w:p>
    <w:p w14:paraId="643AEC1B" w14:textId="400F5031" w:rsidR="00BC15E0" w:rsidRDefault="00000000">
      <w:pPr>
        <w:pStyle w:val="Naslov1"/>
        <w:pageBreakBefore/>
      </w:pPr>
      <w:r>
        <w:lastRenderedPageBreak/>
        <w:t>6 Quelle heure est</w:t>
      </w:r>
      <w:r w:rsidR="00CD0E21">
        <w:t>-</w:t>
      </w:r>
      <w:r>
        <w:t>il</w:t>
      </w:r>
      <w:r w:rsidR="00CD0E21">
        <w:t xml:space="preserve"> ?</w:t>
      </w:r>
      <w:r w:rsidR="00CD0E21">
        <w:tab/>
      </w:r>
    </w:p>
    <w:p w14:paraId="4380AC23" w14:textId="77777777" w:rsidR="00BC15E0" w:rsidRDefault="00000000">
      <w:r>
        <w:t>Razina: A1</w:t>
      </w:r>
      <w:r>
        <w:br/>
        <w:t>Tema: Izražavanje vremena i raspored dnevnih aktivnosti</w:t>
      </w:r>
      <w:r>
        <w:br/>
        <w:t>Opseg: 1 nastavni sat (45 minuta)</w:t>
      </w:r>
      <w:r>
        <w:br/>
        <w:t>Predložak: Match up</w:t>
      </w:r>
      <w:r>
        <w:br/>
        <w:t>Broj digitalnih zadataka ili pojmova: 15</w:t>
      </w:r>
    </w:p>
    <w:p w14:paraId="3A589CDF" w14:textId="77777777" w:rsidR="00BC15E0" w:rsidRDefault="00000000">
      <w:pPr>
        <w:pStyle w:val="Naslov2"/>
      </w:pPr>
      <w:r>
        <w:t>Odgojno obrazovni ishod</w:t>
      </w:r>
    </w:p>
    <w:p w14:paraId="7486EEE6" w14:textId="77777777" w:rsidR="00BC15E0" w:rsidRDefault="00000000">
      <w:r>
        <w:t>Učenik razumije i izražava vrijeme na francuskome jeziku te razmjenjuje jednostavne informacije o vremenu održavanja nastave i obavljanja svakodnevnih aktivnosti.</w:t>
      </w:r>
    </w:p>
    <w:p w14:paraId="7787F03A" w14:textId="77777777" w:rsidR="00BC15E0" w:rsidRDefault="00000000">
      <w:pPr>
        <w:pStyle w:val="Naslov2"/>
      </w:pPr>
      <w:r>
        <w:t>Opis za javnu objavu</w:t>
      </w:r>
    </w:p>
    <w:p w14:paraId="3517D8E2" w14:textId="77777777" w:rsidR="00BC15E0" w:rsidRDefault="00000000">
      <w:r>
        <w:t>Učenici povezuju brojčane zapise vremena s francuskim izrazima, razlikuju pitanja Quelle heure est-il ? i À quelle heure… ? te razgovaraju o svojem dnevnom rasporedu.</w:t>
      </w:r>
    </w:p>
    <w:p w14:paraId="6EE81AA9" w14:textId="77777777" w:rsidR="00BC15E0" w:rsidRDefault="00000000">
      <w:pPr>
        <w:pStyle w:val="Naslov2"/>
      </w:pPr>
      <w:r>
        <w:t>Sadržaj za Wordwall</w:t>
      </w:r>
    </w:p>
    <w:p w14:paraId="5953A6F3" w14:textId="77777777" w:rsidR="00BC15E0" w:rsidRDefault="00000000">
      <w:r>
        <w:t>Uputa: Associe chaque heure à l’expression correspondante. / Poveži zapis vremena s izrazom. Digitalni dio koristi 24-satni način izražavanja vremena.</w:t>
      </w:r>
    </w:p>
    <w:p w14:paraId="4010B7C5" w14:textId="77777777" w:rsidR="00BC15E0" w:rsidRDefault="00000000">
      <w:pPr>
        <w:pStyle w:val="Naslov2"/>
      </w:pPr>
      <w:proofErr w:type="spellStart"/>
      <w:r>
        <w:t>Kratki</w:t>
      </w:r>
      <w:proofErr w:type="spellEnd"/>
      <w:r>
        <w:t xml:space="preserve"> </w:t>
      </w:r>
      <w:proofErr w:type="spellStart"/>
      <w:r>
        <w:t>podsjetnik</w:t>
      </w:r>
      <w:proofErr w:type="spellEnd"/>
    </w:p>
    <w:p w14:paraId="5C66D4B6" w14:textId="77777777" w:rsidR="00BC15E0" w:rsidRDefault="00000000">
      <w:r>
        <w:t>Quelle heure est-il ? — Koliko je sati? Il est huit heures.</w:t>
      </w:r>
      <w:r>
        <w:br/>
        <w:t>À quelle heure commence le cours ? — U koliko sati počinje nastava? Le cours commence à huit heures.</w:t>
      </w:r>
      <w:r>
        <w:br/>
        <w:t>À quelle heure tu te lèves ? — U koliko sati ustaješ? Je me lève à sept heures.</w:t>
      </w:r>
      <w:r>
        <w:br/>
        <w:t>Uz vrijeme radnje koristimo à: à sept heures, à midi, à minuit.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67E0F04B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FB2347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Vrijeme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8560D8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Razgovorni izraz</w:t>
            </w:r>
          </w:p>
        </w:tc>
      </w:tr>
      <w:tr w:rsidR="00BC15E0" w14:paraId="147E20D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F656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08:15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93144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est huit heures et quart.</w:t>
            </w:r>
          </w:p>
        </w:tc>
      </w:tr>
      <w:tr w:rsidR="00BC15E0" w14:paraId="0C50C57C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BFB12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08:30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FBEA1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est huit heures et demie.</w:t>
            </w:r>
          </w:p>
        </w:tc>
      </w:tr>
      <w:tr w:rsidR="00BC15E0" w14:paraId="1E9E956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4D7F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08:45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CD5E1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est neuf heures moins le quart.</w:t>
            </w:r>
          </w:p>
        </w:tc>
      </w:tr>
      <w:tr w:rsidR="00BC15E0" w14:paraId="0038410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D596F6" w14:textId="77777777" w:rsidR="00BC15E0" w:rsidRDefault="00000000">
            <w:pPr>
              <w:spacing w:before="20"/>
            </w:pPr>
            <w:r>
              <w:rPr>
                <w:sz w:val="19"/>
              </w:rPr>
              <w:t>12:30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0D2459" w14:textId="77777777" w:rsidR="00BC15E0" w:rsidRDefault="00000000">
            <w:pPr>
              <w:spacing w:before="20"/>
            </w:pPr>
            <w:r>
              <w:rPr>
                <w:sz w:val="19"/>
              </w:rPr>
              <w:t>Il est midi et demi.</w:t>
            </w:r>
          </w:p>
        </w:tc>
      </w:tr>
    </w:tbl>
    <w:p w14:paraId="09236317" w14:textId="77777777" w:rsidR="00BC15E0" w:rsidRDefault="00BC15E0">
      <w:pPr>
        <w:spacing w:after="0" w:line="60" w:lineRule="exact"/>
      </w:pPr>
    </w:p>
    <w:p w14:paraId="2D9D3004" w14:textId="77777777" w:rsidR="00BC15E0" w:rsidRDefault="00000000">
      <w:pPr>
        <w:pStyle w:val="Naslov2"/>
      </w:pPr>
      <w:r>
        <w:t>Primjena</w:t>
      </w:r>
    </w:p>
    <w:p w14:paraId="0247D653" w14:textId="77777777" w:rsidR="00BC15E0" w:rsidRDefault="00000000">
      <w:r>
        <w:t>Lucasov raspored: se lever — 07:00; commencer les cours — 08:15; déjeuner — 12:30; faire ses devoirs — 16:00; dîner — 19:30; se coucher — 22:00.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68C56B33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F5E052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AB616D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48A33E8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AE687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Lucas se lève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B8D9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se lève à sept heures.</w:t>
            </w:r>
          </w:p>
        </w:tc>
      </w:tr>
      <w:tr w:rsidR="00BC15E0" w14:paraId="733ED0F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1CF9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les cours commencent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A620A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Les cours commencent à huit heures quinze.</w:t>
            </w:r>
          </w:p>
        </w:tc>
      </w:tr>
      <w:tr w:rsidR="00BC15E0" w14:paraId="068722EF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E2DBE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Lucas déjeune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1B473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déjeune à douze heures trente.</w:t>
            </w:r>
          </w:p>
        </w:tc>
      </w:tr>
      <w:tr w:rsidR="00BC15E0" w14:paraId="6CB0626A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53CF2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il fait ses devoirs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3F5BC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fait ses devoirs à seize heures.</w:t>
            </w:r>
          </w:p>
        </w:tc>
      </w:tr>
      <w:tr w:rsidR="00BC15E0" w14:paraId="0A2FCCF4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BC723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il dîne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76B5F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dîne à dix-neuf heures trente.</w:t>
            </w:r>
          </w:p>
        </w:tc>
      </w:tr>
      <w:tr w:rsidR="00BC15E0" w14:paraId="40D951F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668A8" w14:textId="77777777" w:rsidR="00BC15E0" w:rsidRDefault="00000000">
            <w:pPr>
              <w:spacing w:before="20"/>
            </w:pPr>
            <w:r>
              <w:rPr>
                <w:sz w:val="19"/>
              </w:rPr>
              <w:t>À quelle heure il se couche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9E1D4" w14:textId="77777777" w:rsidR="00BC15E0" w:rsidRDefault="00000000">
            <w:pPr>
              <w:spacing w:before="20"/>
            </w:pPr>
            <w:r>
              <w:rPr>
                <w:sz w:val="19"/>
              </w:rPr>
              <w:t>Il se couche à vingt-deux heures.</w:t>
            </w:r>
          </w:p>
        </w:tc>
      </w:tr>
    </w:tbl>
    <w:p w14:paraId="6C2A434D" w14:textId="77777777" w:rsidR="00BC15E0" w:rsidRDefault="00BC15E0">
      <w:pPr>
        <w:spacing w:after="0" w:line="60" w:lineRule="exact"/>
      </w:pPr>
    </w:p>
    <w:p w14:paraId="2C64C142" w14:textId="77777777" w:rsidR="00BC15E0" w:rsidRDefault="00000000">
      <w:r>
        <w:t>Za ručak prihvaća se i: Il déjeune à midi et demi.</w:t>
      </w:r>
    </w:p>
    <w:p w14:paraId="3056C430" w14:textId="77777777" w:rsidR="00BC15E0" w:rsidRDefault="00000000">
      <w:pPr>
        <w:pStyle w:val="Naslov2"/>
      </w:pPr>
      <w:r>
        <w:t>Završna komunikacijska aktivnost</w:t>
      </w:r>
    </w:p>
    <w:p w14:paraId="0BB13CA8" w14:textId="77777777" w:rsidR="00BC15E0" w:rsidRDefault="00000000">
      <w:r>
        <w:t>Svaki učenik zapisuje vrijeme pet aktivnosti. U paru postavlja pitanja i bilježi odgovore. Zatim izgovara dvije rečenice o partneru.</w:t>
      </w:r>
    </w:p>
    <w:p w14:paraId="2970BCFE" w14:textId="77777777" w:rsidR="00BC15E0" w:rsidRDefault="00000000">
      <w:pPr>
        <w:keepLines/>
      </w:pPr>
      <w:r>
        <w:lastRenderedPageBreak/>
        <w:t>— À quelle heure tu te lèves ?</w:t>
      </w:r>
      <w:r>
        <w:br/>
        <w:t>— Je me lève à six heures trente. Et toi ?</w:t>
      </w:r>
      <w:r>
        <w:br/>
        <w:t>— À sept heures. À quelle heure tu dînes ?</w:t>
      </w:r>
      <w:r>
        <w:br/>
        <w:t>— Je dîne à vingt heures.</w:t>
      </w:r>
      <w:r>
        <w:br/>
        <w:t>Ana se lève à sept heures.</w:t>
      </w:r>
      <w:r>
        <w:br/>
        <w:t>Elle dîne à vingt heures.</w:t>
      </w:r>
    </w:p>
    <w:p w14:paraId="650F2C72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7398A0C5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28F8E5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E116BF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328802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5368830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5CA312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E8CCF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C215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2A14E07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77EE72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03871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6385E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2FDEFB8E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F2E347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61CA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5B78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1304A175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6548EF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ABC43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92CE6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700DCC35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B2BD4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31F7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ABACB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0F7AD223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600463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9542F9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3731B4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75DC330C" w14:textId="77777777" w:rsidR="00BC15E0" w:rsidRDefault="00BC15E0">
      <w:pPr>
        <w:spacing w:after="0" w:line="60" w:lineRule="exact"/>
      </w:pPr>
    </w:p>
    <w:p w14:paraId="1B9F4541" w14:textId="77777777" w:rsidR="00BC15E0" w:rsidRDefault="00000000">
      <w:pPr>
        <w:pStyle w:val="Naslov2"/>
      </w:pPr>
      <w:r>
        <w:t>Metodička napomena</w:t>
      </w:r>
    </w:p>
    <w:p w14:paraId="483085AF" w14:textId="77777777" w:rsidR="00BC15E0" w:rsidRDefault="00000000">
      <w:r>
        <w:t>Digitalni dio ima dosljedan 24-satni zapis. Et quart, et demie i moins le quart uvode se kao proširenje. Učenici kojima je potrebna potpora koriste tablicu brojeva i rečenične obrasce.</w:t>
      </w:r>
    </w:p>
    <w:p w14:paraId="088577D3" w14:textId="0C69A46A" w:rsidR="00BC15E0" w:rsidRDefault="00000000">
      <w:r>
        <w:t xml:space="preserve">Poveznica na interaktivnu aktivnost: </w:t>
      </w:r>
      <w:hyperlink r:id="rId15" w:history="1">
        <w:r w:rsidR="00D15B2D" w:rsidRPr="000870C8">
          <w:rPr>
            <w:rStyle w:val="Hiperveza"/>
          </w:rPr>
          <w:t>https://wordwall.net/hr/resource/120723076/quelle-heure-est-il</w:t>
        </w:r>
      </w:hyperlink>
      <w:r w:rsidR="00D15B2D">
        <w:t xml:space="preserve"> </w:t>
      </w:r>
      <w:r>
        <w:br/>
      </w:r>
    </w:p>
    <w:p w14:paraId="035286B0" w14:textId="0BE3F05A" w:rsidR="00BC15E0" w:rsidRDefault="00000000">
      <w:pPr>
        <w:pStyle w:val="Naslov1"/>
        <w:pageBreakBefore/>
      </w:pPr>
      <w:r>
        <w:lastRenderedPageBreak/>
        <w:t xml:space="preserve">7 Dans </w:t>
      </w:r>
      <w:r w:rsidR="00D15B2D">
        <w:t>m</w:t>
      </w:r>
      <w:r>
        <w:t xml:space="preserve">a </w:t>
      </w:r>
      <w:proofErr w:type="spellStart"/>
      <w:r>
        <w:t>ville</w:t>
      </w:r>
      <w:proofErr w:type="spellEnd"/>
    </w:p>
    <w:p w14:paraId="1005C7C9" w14:textId="77777777" w:rsidR="00BC15E0" w:rsidRDefault="00000000">
      <w:r>
        <w:t>Razina: A1</w:t>
      </w:r>
      <w:r>
        <w:br/>
        <w:t>Tema: Mjesta u gradu i njihova namjena, izraz il y a</w:t>
      </w:r>
      <w:r>
        <w:br/>
        <w:t>Opseg: 1 nastavni sat (45 minuta)</w:t>
      </w:r>
      <w:r>
        <w:br/>
        <w:t>Predložak: Quiz</w:t>
      </w:r>
      <w:r>
        <w:br/>
        <w:t>Broj digitalnih zadataka ili pojmova: 15</w:t>
      </w:r>
    </w:p>
    <w:p w14:paraId="48CE2630" w14:textId="77777777" w:rsidR="00BC15E0" w:rsidRDefault="00000000">
      <w:pPr>
        <w:pStyle w:val="Naslov2"/>
      </w:pPr>
      <w:r>
        <w:t>Odgojno obrazovni ishod</w:t>
      </w:r>
    </w:p>
    <w:p w14:paraId="279BEAD0" w14:textId="77777777" w:rsidR="00BC15E0" w:rsidRDefault="00000000">
      <w:r>
        <w:t>Učenik imenuje osnovna mjesta u gradu, povezuje ih sa svakodnevnim aktivnostima te jednostavnim rečenicama opisuje sadržaje svojega ili izmišljenoga grada.</w:t>
      </w:r>
    </w:p>
    <w:p w14:paraId="238BEC34" w14:textId="77777777" w:rsidR="00BC15E0" w:rsidRDefault="00000000">
      <w:pPr>
        <w:pStyle w:val="Naslov2"/>
      </w:pPr>
      <w:r>
        <w:t>Opis za javnu objavu</w:t>
      </w:r>
    </w:p>
    <w:p w14:paraId="49F15B09" w14:textId="77777777" w:rsidR="00BC15E0" w:rsidRDefault="00000000">
      <w:r>
        <w:t>Učenici prepoznaju mjesta u gradu prema opisima njihove namjene. Čitaju opis grada i izrađuju vlastiti opis koristeći il y a i il n’y a pas de.</w:t>
      </w:r>
    </w:p>
    <w:p w14:paraId="4B3E416F" w14:textId="77777777" w:rsidR="00BC15E0" w:rsidRDefault="00000000">
      <w:pPr>
        <w:pStyle w:val="Naslov2"/>
      </w:pPr>
      <w:r>
        <w:t>Sadržaj za Wordwall</w:t>
      </w:r>
    </w:p>
    <w:p w14:paraId="2E611F02" w14:textId="77777777" w:rsidR="00BC15E0" w:rsidRDefault="00000000">
      <w:r>
        <w:t>Uputa: Lis les phrases et choisis la bonne réponse. / Pročitaj rečenice i odaberi točan odgovor.</w:t>
      </w:r>
    </w:p>
    <w:p w14:paraId="39F53408" w14:textId="77777777" w:rsidR="00BC15E0" w:rsidRDefault="00000000">
      <w:pPr>
        <w:pStyle w:val="Naslov2"/>
      </w:pPr>
      <w:proofErr w:type="spellStart"/>
      <w:r>
        <w:t>Primjena</w:t>
      </w:r>
      <w:proofErr w:type="spellEnd"/>
    </w:p>
    <w:p w14:paraId="0ED9E057" w14:textId="77777777" w:rsidR="00BC15E0" w:rsidRDefault="00000000">
      <w:r>
        <w:t>Dans ma ville, il y a une école, une bibliothèque et un cinéma. Il y a aussi deux boulangeries et un supermarché. Le parc est près de l’école. Il n’y a pas de gare, mais il y a une station de bus. J’aime ma ville parce qu’elle est calme.</w:t>
      </w:r>
    </w:p>
    <w:p w14:paraId="57801D61" w14:textId="77777777" w:rsidR="00BC15E0" w:rsidRDefault="00000000">
      <w:r>
        <w:t>Prijevod: U mojem gradu ima škola, knjižnica i kino. Ima i dvije pekarnice te supermarket. Park je blizu škole. Nema željezničkog kolodvora, ali ima autobusna stanica. Volim svoj grad jer je miran.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23E675D3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3FFC8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Tvrdnja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A88AEC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Rješenje</w:t>
            </w:r>
          </w:p>
        </w:tc>
      </w:tr>
      <w:tr w:rsidR="00BC15E0" w14:paraId="1332EFE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42DD5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Dans cette ville, il y a un cinéma.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31591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Vrai.</w:t>
            </w:r>
          </w:p>
        </w:tc>
      </w:tr>
      <w:tr w:rsidR="00BC15E0" w14:paraId="450731D5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ABED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y a trois boulangeries.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E75DD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Faux. Il y a deux boulangeries.</w:t>
            </w:r>
          </w:p>
        </w:tc>
      </w:tr>
      <w:tr w:rsidR="00BC15E0" w14:paraId="0C0878B0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0F8B7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Le parc est près de l’école.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668BA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Vrai.</w:t>
            </w:r>
          </w:p>
        </w:tc>
      </w:tr>
      <w:tr w:rsidR="00BC15E0" w14:paraId="4143ED45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0AA47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y a une gare.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537F3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Faux. Il n’y a pas de gare.</w:t>
            </w:r>
          </w:p>
        </w:tc>
      </w:tr>
      <w:tr w:rsidR="00BC15E0" w14:paraId="68042FD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F241D0" w14:textId="77777777" w:rsidR="00BC15E0" w:rsidRDefault="00000000">
            <w:pPr>
              <w:spacing w:before="20"/>
            </w:pPr>
            <w:r>
              <w:rPr>
                <w:sz w:val="19"/>
              </w:rPr>
              <w:t>La ville est calme.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D3A8EC" w14:textId="77777777" w:rsidR="00BC15E0" w:rsidRDefault="00000000">
            <w:pPr>
              <w:spacing w:before="20"/>
            </w:pPr>
            <w:r>
              <w:rPr>
                <w:sz w:val="19"/>
              </w:rPr>
              <w:t>Vrai.</w:t>
            </w:r>
          </w:p>
        </w:tc>
      </w:tr>
    </w:tbl>
    <w:p w14:paraId="03AC173D" w14:textId="77777777" w:rsidR="00BC15E0" w:rsidRDefault="00BC15E0">
      <w:pPr>
        <w:spacing w:after="0" w:line="60" w:lineRule="exact"/>
      </w:pPr>
    </w:p>
    <w:p w14:paraId="7C042140" w14:textId="77777777" w:rsidR="00BC15E0" w:rsidRDefault="00000000">
      <w:pPr>
        <w:pStyle w:val="Naslov2"/>
      </w:pPr>
      <w:r>
        <w:t>Kratki podsjetnik</w:t>
      </w:r>
    </w:p>
    <w:p w14:paraId="457C86E4" w14:textId="77777777" w:rsidR="00BC15E0" w:rsidRDefault="00000000">
      <w:r>
        <w:t>Il y a un musée. — Ima muzej.</w:t>
      </w:r>
      <w:r>
        <w:br/>
        <w:t>Il n’y a pas de cinéma. — Nema kina.</w:t>
      </w:r>
      <w:r>
        <w:br/>
        <w:t>Il n’y a pas d’hôtel. — Nema hotela.</w:t>
      </w:r>
    </w:p>
    <w:p w14:paraId="554FAF5F" w14:textId="77777777" w:rsidR="00BC15E0" w:rsidRDefault="00000000">
      <w:pPr>
        <w:pStyle w:val="Naslov2"/>
      </w:pPr>
      <w:r>
        <w:t>Završna komunikacijska aktivnost</w:t>
      </w:r>
    </w:p>
    <w:p w14:paraId="6D07A17B" w14:textId="77777777" w:rsidR="00BC15E0" w:rsidRDefault="00000000">
      <w:r>
        <w:t>Učenik zamišlja idealni grad i piše pet rečenica: četiri o tome što postoji i jednu o tome čega nema. Zatim uspoređuje svoj grad s partnerovim.</w:t>
      </w:r>
    </w:p>
    <w:p w14:paraId="58CAE0F2" w14:textId="77777777" w:rsidR="00BC15E0" w:rsidRDefault="00000000">
      <w:pPr>
        <w:keepLines/>
      </w:pPr>
      <w:r>
        <w:t>Dans ma ville idéale, il y a une grande bibliothèque.</w:t>
      </w:r>
      <w:r>
        <w:br/>
        <w:t>Il y a un cinéma et un musée.</w:t>
      </w:r>
      <w:r>
        <w:br/>
        <w:t>Il y a deux parcs.</w:t>
      </w:r>
      <w:r>
        <w:br/>
        <w:t>Il y a une piscine près de l’école.</w:t>
      </w:r>
      <w:r>
        <w:br/>
        <w:t>Il n’y a pas de voitures dans le centre.</w:t>
      </w:r>
      <w:r>
        <w:br/>
        <w:t>— Dans ta ville, il y a un cinéma ?</w:t>
      </w:r>
      <w:r>
        <w:br/>
        <w:t>— Oui, il y a un cinéma.</w:t>
      </w:r>
      <w:r>
        <w:br/>
        <w:t>— Il y a une gare ?</w:t>
      </w:r>
      <w:r>
        <w:br/>
        <w:t>— Non, il n’y a pas de gare.</w:t>
      </w:r>
    </w:p>
    <w:p w14:paraId="7A248817" w14:textId="77777777" w:rsidR="00BC15E0" w:rsidRDefault="00000000">
      <w:pPr>
        <w:pStyle w:val="Naslov2"/>
      </w:pPr>
      <w:r>
        <w:lastRenderedPageBreak/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4A0BB92F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85D4F0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46DB52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58B45A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424592E7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CC2DC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4B56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B044A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1EE79B3B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18D8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3F0CD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DC990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4C3A0387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AD95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AF925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8E5AB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63058D2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A639F7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0AB67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069EC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799F827C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043993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21AFA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5C0E5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4226D26C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5DCF8C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F01B7A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5B0DA1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66635984" w14:textId="77777777" w:rsidR="00BC15E0" w:rsidRDefault="00BC15E0">
      <w:pPr>
        <w:spacing w:after="0" w:line="60" w:lineRule="exact"/>
      </w:pPr>
    </w:p>
    <w:p w14:paraId="0C6E0675" w14:textId="77777777" w:rsidR="00BC15E0" w:rsidRDefault="00000000">
      <w:pPr>
        <w:pStyle w:val="Naslov2"/>
      </w:pPr>
      <w:r>
        <w:t>Metodička napomena</w:t>
      </w:r>
    </w:p>
    <w:p w14:paraId="73FA6063" w14:textId="77777777" w:rsidR="00BC15E0" w:rsidRDefault="00000000">
      <w:r>
        <w:t>Mjesta se povezuju s praktičnom namjenom. Kratke opise prije rješavanja treba objasniti uz slike ili geste. U završnom dijelu učenici opisuju stvarni ili izmišljeni grad uz rečenične obrasce.</w:t>
      </w:r>
    </w:p>
    <w:p w14:paraId="6750A468" w14:textId="55F5CF35" w:rsidR="00BC15E0" w:rsidRDefault="00000000">
      <w:r>
        <w:t xml:space="preserve">Poveznica na interaktivnu aktivnost: </w:t>
      </w:r>
      <w:hyperlink r:id="rId16" w:history="1">
        <w:r w:rsidR="00D15B2D" w:rsidRPr="000870C8">
          <w:rPr>
            <w:rStyle w:val="Hiperveza"/>
          </w:rPr>
          <w:t>https://wordwall.net/hr/resource/120723256/dans-ma-ville</w:t>
        </w:r>
      </w:hyperlink>
      <w:r w:rsidR="00D15B2D">
        <w:t xml:space="preserve"> </w:t>
      </w:r>
      <w:r>
        <w:br/>
      </w:r>
    </w:p>
    <w:p w14:paraId="1BC02018" w14:textId="18AED7C3" w:rsidR="00BC15E0" w:rsidRDefault="00000000">
      <w:pPr>
        <w:pStyle w:val="Naslov1"/>
        <w:pageBreakBefore/>
      </w:pPr>
      <w:r>
        <w:lastRenderedPageBreak/>
        <w:t xml:space="preserve">8 </w:t>
      </w:r>
      <w:proofErr w:type="spellStart"/>
      <w:r>
        <w:t>Où</w:t>
      </w:r>
      <w:proofErr w:type="spellEnd"/>
      <w:r>
        <w:t xml:space="preserve"> est</w:t>
      </w:r>
      <w:r w:rsidR="00580762">
        <w:t>…</w:t>
      </w:r>
    </w:p>
    <w:p w14:paraId="349C0B4A" w14:textId="77777777" w:rsidR="00BC15E0" w:rsidRDefault="00000000">
      <w:r>
        <w:t>Razina: A1–A2</w:t>
      </w:r>
      <w:r>
        <w:br/>
        <w:t>Tema: Prijedlozi mjesta i jednostavne upute za snalaženje u gradu</w:t>
      </w:r>
      <w:r>
        <w:br/>
        <w:t>Opseg: 1 nastavni sat (45 minuta)</w:t>
      </w:r>
      <w:r>
        <w:br/>
        <w:t>Predložak: Match up</w:t>
      </w:r>
      <w:r>
        <w:br/>
        <w:t>Broj digitalnih zadataka ili pojmova: 15</w:t>
      </w:r>
    </w:p>
    <w:p w14:paraId="6169F62A" w14:textId="77777777" w:rsidR="00BC15E0" w:rsidRDefault="00000000">
      <w:pPr>
        <w:pStyle w:val="Naslov2"/>
      </w:pPr>
      <w:r>
        <w:t>Odgojno obrazovni ishod</w:t>
      </w:r>
    </w:p>
    <w:p w14:paraId="391592C2" w14:textId="77777777" w:rsidR="00BC15E0" w:rsidRDefault="00000000">
      <w:r>
        <w:t>Učenik razumije i upotrebljava osnovne izraze za prostorne odnose te traži i daje jednostavne informacije o položaju mjesta i smjeru kretanja.</w:t>
      </w:r>
    </w:p>
    <w:p w14:paraId="0BABECBA" w14:textId="77777777" w:rsidR="00BC15E0" w:rsidRDefault="00000000">
      <w:pPr>
        <w:pStyle w:val="Naslov2"/>
      </w:pPr>
      <w:r>
        <w:t>Opis za javnu objavu</w:t>
      </w:r>
    </w:p>
    <w:p w14:paraId="5DA563A6" w14:textId="77777777" w:rsidR="00BC15E0" w:rsidRDefault="00000000">
      <w:r>
        <w:t>Učenici povezuju izraze za položaj i smjer kretanja s hrvatskim značenjima. Primjenjuju ih u kratkim dijalozima i na jednostavnom planu grada.</w:t>
      </w:r>
    </w:p>
    <w:p w14:paraId="2CECCD78" w14:textId="77777777" w:rsidR="00BC15E0" w:rsidRDefault="00000000">
      <w:pPr>
        <w:pStyle w:val="Naslov2"/>
      </w:pPr>
      <w:r>
        <w:t>Sadržaj za Wordwall</w:t>
      </w:r>
    </w:p>
    <w:p w14:paraId="1393393B" w14:textId="77777777" w:rsidR="00BC15E0" w:rsidRDefault="00000000">
      <w:r>
        <w:t>Uputa: Associe chaque expression à sa traduction. / Poveži svaki izraz s njegovim prijevodom.</w:t>
      </w:r>
    </w:p>
    <w:p w14:paraId="3E4292AD" w14:textId="77777777" w:rsidR="00BC15E0" w:rsidRDefault="00000000">
      <w:pPr>
        <w:pStyle w:val="Naslov2"/>
      </w:pPr>
      <w:proofErr w:type="spellStart"/>
      <w:r>
        <w:t>Kratki</w:t>
      </w:r>
      <w:proofErr w:type="spellEnd"/>
      <w:r>
        <w:t xml:space="preserve"> </w:t>
      </w:r>
      <w:proofErr w:type="spellStart"/>
      <w:r>
        <w:t>podsjetnik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4320"/>
        <w:gridCol w:w="3456"/>
      </w:tblGrid>
      <w:tr w:rsidR="00BC15E0" w14:paraId="6DACDD99" w14:textId="77777777">
        <w:trPr>
          <w:cantSplit/>
          <w:tblHeader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01CA3F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Oblik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B88CBC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Primjer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FBC476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Značenje</w:t>
            </w:r>
          </w:p>
        </w:tc>
      </w:tr>
      <w:tr w:rsidR="00BC15E0" w14:paraId="66178EC0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BE24C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de + le → du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96ADC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près du cinéma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968FC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blizu kina</w:t>
            </w:r>
          </w:p>
        </w:tc>
      </w:tr>
      <w:tr w:rsidR="00BC15E0" w14:paraId="08A1A5B6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CC4F84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de + la → de la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1346C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côté de la banque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8F399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pokraj banke</w:t>
            </w:r>
          </w:p>
        </w:tc>
      </w:tr>
      <w:tr w:rsidR="00BC15E0" w14:paraId="4CE9E330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5EE5A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de + l’ → de l’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9CE36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en face de l’école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CDA96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nasuprot škole</w:t>
            </w:r>
          </w:p>
        </w:tc>
      </w:tr>
      <w:tr w:rsidR="00BC15E0" w14:paraId="6213BEF3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BD7670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de + les → des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7583E6" w14:textId="77777777" w:rsidR="00BC15E0" w:rsidRDefault="00000000">
            <w:pPr>
              <w:spacing w:before="20"/>
            </w:pPr>
            <w:r>
              <w:rPr>
                <w:sz w:val="19"/>
              </w:rPr>
              <w:t>près des magasins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51E6E4" w14:textId="77777777" w:rsidR="00BC15E0" w:rsidRDefault="00000000">
            <w:pPr>
              <w:spacing w:before="20"/>
            </w:pPr>
            <w:r>
              <w:rPr>
                <w:sz w:val="19"/>
              </w:rPr>
              <w:t>blizu trgovina</w:t>
            </w:r>
          </w:p>
        </w:tc>
      </w:tr>
    </w:tbl>
    <w:p w14:paraId="2A914F83" w14:textId="77777777" w:rsidR="00BC15E0" w:rsidRDefault="00BC15E0">
      <w:pPr>
        <w:spacing w:after="0" w:line="60" w:lineRule="exact"/>
      </w:pPr>
    </w:p>
    <w:p w14:paraId="23A42943" w14:textId="77777777" w:rsidR="00BC15E0" w:rsidRDefault="00000000">
      <w:r>
        <w:t>Excusez-moi, où est la gare, s’il vous plaît ? — Oprostite, gdje je željeznički kolodvor, molim Vas?</w:t>
      </w:r>
    </w:p>
    <w:p w14:paraId="6BCFAC8E" w14:textId="77777777" w:rsidR="00BC15E0" w:rsidRDefault="00000000">
      <w:pPr>
        <w:pStyle w:val="Naslov2"/>
      </w:pPr>
      <w:r>
        <w:t>Primjena</w:t>
      </w:r>
    </w:p>
    <w:p w14:paraId="191BACCA" w14:textId="77777777" w:rsidR="00BC15E0" w:rsidRDefault="00000000">
      <w:r>
        <w:t>Dopuni ponuđenim izrazima. Svaki upotrijebi jednom: entre — en face de — près de — loin — derrière.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  <w:gridCol w:w="2304"/>
      </w:tblGrid>
      <w:tr w:rsidR="00BC15E0" w14:paraId="67A7B04B" w14:textId="77777777">
        <w:trPr>
          <w:cantSplit/>
          <w:tblHeader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C075C2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Zadatak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26C0A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Odgovor</w:t>
            </w:r>
          </w:p>
        </w:tc>
      </w:tr>
      <w:tr w:rsidR="00BC15E0" w14:paraId="44ACD78E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23265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La banque est à gauche du café. La poste est à droite du café. Le café est ___ la banque et la poste.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8252B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entre</w:t>
            </w:r>
          </w:p>
        </w:tc>
      </w:tr>
      <w:tr w:rsidR="00BC15E0" w14:paraId="2784A85C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6339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La pharmacie et l’école sont de chaque côté de la rue. La pharmacie est juste ___ l’école.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85C28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en face de</w:t>
            </w:r>
          </w:p>
        </w:tc>
      </w:tr>
      <w:tr w:rsidR="00BC15E0" w14:paraId="574B84D8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3B99E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Le musée est à deux minutes à pied de la gare. Il est ___ la gare.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B190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près de</w:t>
            </w:r>
          </w:p>
        </w:tc>
      </w:tr>
      <w:tr w:rsidR="00BC15E0" w14:paraId="4F3C13BD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343CD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L’hôtel est à dix kilomètres du centre. Il est ___ du centre.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0FE7C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loin</w:t>
            </w:r>
          </w:p>
        </w:tc>
      </w:tr>
      <w:tr w:rsidR="00BC15E0" w14:paraId="62B9943F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CE0E1B" w14:textId="77777777" w:rsidR="00BC15E0" w:rsidRDefault="00000000">
            <w:pPr>
              <w:spacing w:before="20"/>
            </w:pPr>
            <w:r>
              <w:rPr>
                <w:sz w:val="19"/>
              </w:rPr>
              <w:t>Depuis la rue, on voit l’école, mais pas le jardin : l’école cache le jardin. Le jardin est ___ l’école.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FFF07C" w14:textId="77777777" w:rsidR="00BC15E0" w:rsidRDefault="00000000">
            <w:pPr>
              <w:spacing w:before="20"/>
            </w:pPr>
            <w:r>
              <w:rPr>
                <w:sz w:val="19"/>
              </w:rPr>
              <w:t>derrière</w:t>
            </w:r>
          </w:p>
        </w:tc>
      </w:tr>
    </w:tbl>
    <w:p w14:paraId="04790E81" w14:textId="77777777" w:rsidR="00BC15E0" w:rsidRDefault="00BC15E0">
      <w:pPr>
        <w:spacing w:after="0" w:line="60" w:lineRule="exact"/>
      </w:pPr>
    </w:p>
    <w:p w14:paraId="332E27A2" w14:textId="77777777" w:rsidR="00BC15E0" w:rsidRDefault="00000000">
      <w:pPr>
        <w:pStyle w:val="Naslov2"/>
      </w:pPr>
      <w:r>
        <w:t>Završna komunikacijska aktivnost</w:t>
      </w:r>
    </w:p>
    <w:p w14:paraId="0CB3313F" w14:textId="77777777" w:rsidR="00BC15E0" w:rsidRDefault="00000000">
      <w:r>
        <w:t>Učenici u paru nacrtaju plan s pet mjesta: školom, bankom, kafićem, ljekarnom i parkom. Označe početnu točku i strelicu početnoga smjera kretanja. Izmjenjuju uloge i prilagođavaju odgovore svojem planu.</w:t>
      </w:r>
    </w:p>
    <w:p w14:paraId="5174E4A0" w14:textId="77777777" w:rsidR="00BC15E0" w:rsidRDefault="00000000">
      <w:pPr>
        <w:keepLines/>
      </w:pPr>
      <w:r>
        <w:t>— Excusez-moi, où est la pharmacie, s’il vous plaît ?</w:t>
      </w:r>
      <w:r>
        <w:br/>
        <w:t>— Allez tout droit et tournez à gauche.</w:t>
      </w:r>
      <w:r>
        <w:br/>
        <w:t>— La pharmacie est près de la banque ?</w:t>
      </w:r>
      <w:r>
        <w:br/>
        <w:t>— Oui, elle est à côté de la banque.</w:t>
      </w:r>
      <w:r>
        <w:br/>
        <w:t>— Merci beaucoup !</w:t>
      </w:r>
      <w:r>
        <w:br/>
        <w:t>— De rien !</w:t>
      </w:r>
    </w:p>
    <w:p w14:paraId="0C73A472" w14:textId="77777777" w:rsidR="00BC15E0" w:rsidRDefault="00000000">
      <w:r>
        <w:t>Prijevod: Oprostite, gdje je ljekarna, molim Vas? — Idite ravno i skrenite lijevo. — Je li ljekarna blizu banke? — Da, pokraj banke je. — Puno hvala! — Nema na čemu!</w:t>
      </w:r>
    </w:p>
    <w:p w14:paraId="4B78667B" w14:textId="77777777" w:rsidR="00BC15E0" w:rsidRDefault="00000000">
      <w:pPr>
        <w:pStyle w:val="Naslov2"/>
      </w:pPr>
      <w:r>
        <w:lastRenderedPageBreak/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69E39011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0057F2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AC1E5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2D4602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08D475F1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AD81B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E16E4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509E4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0B28AFC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D4CDB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3A512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4794E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0A0E754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EB0AF4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1000F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00F04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7AF39878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652C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926D4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77974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6AC552F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2D225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8B291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B3335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4ACBCB91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0DB1B7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7926C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690404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074D69C6" w14:textId="77777777" w:rsidR="00BC15E0" w:rsidRDefault="00BC15E0">
      <w:pPr>
        <w:spacing w:after="0" w:line="60" w:lineRule="exact"/>
      </w:pPr>
    </w:p>
    <w:p w14:paraId="3FDF7A37" w14:textId="77777777" w:rsidR="00BC15E0" w:rsidRDefault="00000000">
      <w:pPr>
        <w:pStyle w:val="Naslov2"/>
      </w:pPr>
      <w:r>
        <w:t>Metodička napomena</w:t>
      </w:r>
    </w:p>
    <w:p w14:paraId="7B606D0A" w14:textId="77777777" w:rsidR="00BC15E0" w:rsidRDefault="00000000">
      <w:r>
        <w:t>Prijedlozi se prikazuju predmetima i gestama, zatim na planu grada. Jasno se određuju početna točka i smjer gledanja. Za A1 dovoljni su pitanje i odgovor o položaju; učenici A2 dodaju dvije do tri upute za kretanje.</w:t>
      </w:r>
    </w:p>
    <w:p w14:paraId="3D440966" w14:textId="218F6FE2" w:rsidR="00BC15E0" w:rsidRDefault="00000000">
      <w:r>
        <w:t xml:space="preserve">Poveznica na interaktivnu aktivnost: </w:t>
      </w:r>
      <w:hyperlink r:id="rId17" w:history="1">
        <w:r w:rsidR="00D15B2D" w:rsidRPr="000870C8">
          <w:rPr>
            <w:rStyle w:val="Hiperveza"/>
          </w:rPr>
          <w:t>https://wordwall.net/hr/resource/120723460/o%C3%B9-est</w:t>
        </w:r>
      </w:hyperlink>
      <w:r w:rsidR="00D15B2D">
        <w:t xml:space="preserve"> </w:t>
      </w:r>
      <w:r>
        <w:br/>
      </w:r>
    </w:p>
    <w:p w14:paraId="76297621" w14:textId="77777777" w:rsidR="00BC15E0" w:rsidRDefault="00000000">
      <w:pPr>
        <w:pStyle w:val="Naslov1"/>
        <w:pageBreakBefore/>
      </w:pPr>
      <w:r>
        <w:lastRenderedPageBreak/>
        <w:t>9 Au café</w:t>
      </w:r>
    </w:p>
    <w:p w14:paraId="2FA5B54B" w14:textId="77777777" w:rsidR="00BC15E0" w:rsidRDefault="00000000">
      <w:r>
        <w:t>Razina: A1–A2</w:t>
      </w:r>
      <w:r>
        <w:br/>
        <w:t>Tema: Naručivanje pića i jednostavnih obroka, izrazi pristojnosti</w:t>
      </w:r>
      <w:r>
        <w:br/>
        <w:t>Opseg: 1 nastavni sat (45 minuta)</w:t>
      </w:r>
      <w:r>
        <w:br/>
        <w:t>Predložak: Match up</w:t>
      </w:r>
      <w:r>
        <w:br/>
        <w:t>Broj digitalnih zadataka ili pojmova: 15</w:t>
      </w:r>
    </w:p>
    <w:p w14:paraId="0328C7E8" w14:textId="77777777" w:rsidR="00BC15E0" w:rsidRDefault="00000000">
      <w:pPr>
        <w:pStyle w:val="Naslov2"/>
      </w:pPr>
      <w:r>
        <w:t>Odgojno obrazovni ishod</w:t>
      </w:r>
    </w:p>
    <w:p w14:paraId="4E89B199" w14:textId="77777777" w:rsidR="00BC15E0" w:rsidRDefault="00000000">
      <w:r>
        <w:t>Učenik razumije osnovne izraze u kafiću te sudjeluje u kratkom razgovoru pri naručivanju, traženju cijene i plaćanju.</w:t>
      </w:r>
    </w:p>
    <w:p w14:paraId="136F1BC5" w14:textId="77777777" w:rsidR="00BC15E0" w:rsidRDefault="00000000">
      <w:pPr>
        <w:pStyle w:val="Naslov2"/>
      </w:pPr>
      <w:r>
        <w:t>Opis za javnu objavu</w:t>
      </w:r>
    </w:p>
    <w:p w14:paraId="28890F3D" w14:textId="77777777" w:rsidR="00BC15E0" w:rsidRDefault="00000000">
      <w:r>
        <w:t>Učenici povezuju pitanja i izjave gosta ili konobara s odgovorima. Koriste jednostavan cjenik i sudjeluju u igri uloga.</w:t>
      </w:r>
    </w:p>
    <w:p w14:paraId="2D1A5341" w14:textId="77777777" w:rsidR="00BC15E0" w:rsidRDefault="00000000">
      <w:pPr>
        <w:pStyle w:val="Naslov2"/>
      </w:pPr>
      <w:r>
        <w:t>Sadržaj za Wordwall</w:t>
      </w:r>
    </w:p>
    <w:p w14:paraId="65F8B203" w14:textId="77777777" w:rsidR="00BC15E0" w:rsidRDefault="00000000">
      <w:r>
        <w:t>Uputa: Associe chaque phrase à la réponse qui convient. / Poveži svaku rečenicu s odgovarajućim odgovorom.</w:t>
      </w:r>
    </w:p>
    <w:p w14:paraId="2D19508F" w14:textId="77777777" w:rsidR="00BC15E0" w:rsidRDefault="00000000">
      <w:pPr>
        <w:pStyle w:val="Naslov2"/>
      </w:pPr>
      <w:proofErr w:type="spellStart"/>
      <w:r>
        <w:t>Vocabulaire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148BA129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344F19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Francuski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CB410E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Hrvatski</w:t>
            </w:r>
          </w:p>
        </w:tc>
      </w:tr>
      <w:tr w:rsidR="00BC15E0" w14:paraId="783F41D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B26B06" w14:textId="77777777" w:rsidR="00BC15E0" w:rsidRDefault="00000000">
            <w:pPr>
              <w:spacing w:before="20"/>
            </w:pPr>
            <w:r>
              <w:rPr>
                <w:sz w:val="19"/>
              </w:rPr>
              <w:t>un café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C0A9D0" w14:textId="77777777" w:rsidR="00BC15E0" w:rsidRDefault="00000000">
            <w:pPr>
              <w:spacing w:before="20"/>
            </w:pPr>
            <w:r>
              <w:rPr>
                <w:sz w:val="19"/>
              </w:rPr>
              <w:t>kava</w:t>
            </w:r>
          </w:p>
        </w:tc>
      </w:tr>
      <w:tr w:rsidR="00BC15E0" w14:paraId="492D29C9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CEA90E" w14:textId="77777777" w:rsidR="00BC15E0" w:rsidRDefault="00000000">
            <w:pPr>
              <w:spacing w:before="20"/>
            </w:pPr>
            <w:r>
              <w:rPr>
                <w:sz w:val="19"/>
              </w:rPr>
              <w:t>un thé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385BF8" w14:textId="77777777" w:rsidR="00BC15E0" w:rsidRDefault="00000000">
            <w:pPr>
              <w:spacing w:before="20"/>
            </w:pPr>
            <w:r>
              <w:rPr>
                <w:sz w:val="19"/>
              </w:rPr>
              <w:t>čaj</w:t>
            </w:r>
          </w:p>
        </w:tc>
      </w:tr>
      <w:tr w:rsidR="00BC15E0" w14:paraId="37C1E01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A8E50D" w14:textId="77777777" w:rsidR="00BC15E0" w:rsidRDefault="00000000">
            <w:pPr>
              <w:spacing w:before="20"/>
            </w:pPr>
            <w:r>
              <w:rPr>
                <w:sz w:val="19"/>
              </w:rPr>
              <w:t>un chocolat chaud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8062E" w14:textId="77777777" w:rsidR="00BC15E0" w:rsidRDefault="00000000">
            <w:pPr>
              <w:spacing w:before="20"/>
            </w:pPr>
            <w:r>
              <w:rPr>
                <w:sz w:val="19"/>
              </w:rPr>
              <w:t>topla čokolada</w:t>
            </w:r>
          </w:p>
        </w:tc>
      </w:tr>
      <w:tr w:rsidR="00BC15E0" w14:paraId="5E8000B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BF845D" w14:textId="77777777" w:rsidR="00BC15E0" w:rsidRDefault="00000000">
            <w:pPr>
              <w:spacing w:before="20"/>
            </w:pPr>
            <w:r>
              <w:rPr>
                <w:sz w:val="19"/>
              </w:rPr>
              <w:t>un jus d’orange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45B6BC" w14:textId="77777777" w:rsidR="00BC15E0" w:rsidRDefault="00000000">
            <w:pPr>
              <w:spacing w:before="20"/>
            </w:pPr>
            <w:r>
              <w:rPr>
                <w:sz w:val="19"/>
              </w:rPr>
              <w:t>sok od naranče</w:t>
            </w:r>
          </w:p>
        </w:tc>
      </w:tr>
      <w:tr w:rsidR="00BC15E0" w14:paraId="1FC2186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A7818E" w14:textId="77777777" w:rsidR="00BC15E0" w:rsidRDefault="00000000">
            <w:pPr>
              <w:spacing w:before="20"/>
            </w:pPr>
            <w:r>
              <w:rPr>
                <w:sz w:val="19"/>
              </w:rPr>
              <w:t>de l’eau plate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221D13" w14:textId="77777777" w:rsidR="00BC15E0" w:rsidRDefault="00000000">
            <w:pPr>
              <w:spacing w:before="20"/>
            </w:pPr>
            <w:r>
              <w:rPr>
                <w:sz w:val="19"/>
              </w:rPr>
              <w:t>negazirana voda</w:t>
            </w:r>
          </w:p>
        </w:tc>
      </w:tr>
      <w:tr w:rsidR="00BC15E0" w14:paraId="448AF6A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2DF6BC" w14:textId="77777777" w:rsidR="00BC15E0" w:rsidRDefault="00000000">
            <w:pPr>
              <w:spacing w:before="20"/>
            </w:pPr>
            <w:r>
              <w:rPr>
                <w:sz w:val="19"/>
              </w:rPr>
              <w:t>de l’eau gazeuse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5F7EAA" w14:textId="77777777" w:rsidR="00BC15E0" w:rsidRDefault="00000000">
            <w:pPr>
              <w:spacing w:before="20"/>
            </w:pPr>
            <w:r>
              <w:rPr>
                <w:sz w:val="19"/>
              </w:rPr>
              <w:t>gazirana voda</w:t>
            </w:r>
          </w:p>
        </w:tc>
      </w:tr>
      <w:tr w:rsidR="00BC15E0" w14:paraId="1D15451A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265086" w14:textId="77777777" w:rsidR="00BC15E0" w:rsidRDefault="00000000">
            <w:pPr>
              <w:spacing w:before="20"/>
            </w:pPr>
            <w:r>
              <w:rPr>
                <w:sz w:val="19"/>
              </w:rPr>
              <w:t>la carte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EBD9F4" w14:textId="77777777" w:rsidR="00BC15E0" w:rsidRDefault="00000000">
            <w:pPr>
              <w:spacing w:before="20"/>
            </w:pPr>
            <w:r>
              <w:rPr>
                <w:sz w:val="19"/>
              </w:rPr>
              <w:t>jelovnik / karta ponude</w:t>
            </w:r>
          </w:p>
        </w:tc>
      </w:tr>
      <w:tr w:rsidR="00BC15E0" w14:paraId="0EEC103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08B9A8" w14:textId="77777777" w:rsidR="00BC15E0" w:rsidRDefault="00000000">
            <w:pPr>
              <w:spacing w:before="20"/>
            </w:pPr>
            <w:r>
              <w:rPr>
                <w:sz w:val="19"/>
              </w:rPr>
              <w:t>l’addition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C7393F" w14:textId="77777777" w:rsidR="00BC15E0" w:rsidRDefault="00000000">
            <w:pPr>
              <w:spacing w:before="20"/>
            </w:pPr>
            <w:r>
              <w:rPr>
                <w:sz w:val="19"/>
              </w:rPr>
              <w:t>račun</w:t>
            </w:r>
          </w:p>
        </w:tc>
      </w:tr>
      <w:tr w:rsidR="00BC15E0" w14:paraId="42BBE0B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36B7DE" w14:textId="77777777" w:rsidR="00BC15E0" w:rsidRDefault="00000000">
            <w:pPr>
              <w:spacing w:before="20"/>
            </w:pPr>
            <w:r>
              <w:rPr>
                <w:sz w:val="19"/>
              </w:rPr>
              <w:t>en terrasse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3887BA" w14:textId="77777777" w:rsidR="00BC15E0" w:rsidRDefault="00000000">
            <w:pPr>
              <w:spacing w:before="20"/>
            </w:pPr>
            <w:r>
              <w:rPr>
                <w:sz w:val="19"/>
              </w:rPr>
              <w:t>na terasi</w:t>
            </w:r>
          </w:p>
        </w:tc>
      </w:tr>
      <w:tr w:rsidR="00BC15E0" w14:paraId="70C9F02F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A95102" w14:textId="77777777" w:rsidR="00BC15E0" w:rsidRDefault="00000000">
            <w:pPr>
              <w:spacing w:before="20"/>
            </w:pPr>
            <w:r>
              <w:rPr>
                <w:sz w:val="19"/>
              </w:rPr>
              <w:t>à emporter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9582DB" w14:textId="77777777" w:rsidR="00BC15E0" w:rsidRDefault="00000000">
            <w:pPr>
              <w:spacing w:before="20"/>
            </w:pPr>
            <w:r>
              <w:rPr>
                <w:sz w:val="19"/>
              </w:rPr>
              <w:t>za van</w:t>
            </w:r>
          </w:p>
        </w:tc>
      </w:tr>
      <w:tr w:rsidR="00BC15E0" w14:paraId="7B5B438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10391B" w14:textId="77777777" w:rsidR="00BC15E0" w:rsidRDefault="00000000">
            <w:pPr>
              <w:spacing w:before="20"/>
            </w:pPr>
            <w:r>
              <w:rPr>
                <w:sz w:val="19"/>
              </w:rPr>
              <w:t>par carte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6B885E" w14:textId="77777777" w:rsidR="00BC15E0" w:rsidRDefault="00000000">
            <w:pPr>
              <w:spacing w:before="20"/>
            </w:pPr>
            <w:r>
              <w:rPr>
                <w:sz w:val="19"/>
              </w:rPr>
              <w:t>karticom</w:t>
            </w:r>
          </w:p>
        </w:tc>
      </w:tr>
      <w:tr w:rsidR="00BC15E0" w14:paraId="78DBF42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3A99E3" w14:textId="77777777" w:rsidR="00BC15E0" w:rsidRDefault="00000000">
            <w:pPr>
              <w:spacing w:before="20"/>
            </w:pPr>
            <w:r>
              <w:rPr>
                <w:sz w:val="19"/>
              </w:rPr>
              <w:t>en espèces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E7F72" w14:textId="77777777" w:rsidR="00BC15E0" w:rsidRDefault="00000000">
            <w:pPr>
              <w:spacing w:before="20"/>
            </w:pPr>
            <w:r>
              <w:rPr>
                <w:sz w:val="19"/>
              </w:rPr>
              <w:t>gotovinom</w:t>
            </w:r>
          </w:p>
        </w:tc>
      </w:tr>
    </w:tbl>
    <w:p w14:paraId="29318D47" w14:textId="77777777" w:rsidR="00BC15E0" w:rsidRDefault="00BC15E0">
      <w:pPr>
        <w:spacing w:after="0" w:line="60" w:lineRule="exact"/>
      </w:pPr>
    </w:p>
    <w:p w14:paraId="6D0596DC" w14:textId="77777777" w:rsidR="00BC15E0" w:rsidRDefault="00000000">
      <w:pPr>
        <w:pStyle w:val="Naslov2"/>
      </w:pPr>
      <w:r>
        <w:t>Primjena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  <w:gridCol w:w="2304"/>
      </w:tblGrid>
      <w:tr w:rsidR="00BC15E0" w14:paraId="171F4689" w14:textId="77777777">
        <w:trPr>
          <w:cantSplit/>
          <w:tblHeader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796D5C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Ponuda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652A93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Cijena</w:t>
            </w:r>
          </w:p>
        </w:tc>
      </w:tr>
      <w:tr w:rsidR="00BC15E0" w14:paraId="7F5FBF18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E1B66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café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090C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2,00 €</w:t>
            </w:r>
          </w:p>
        </w:tc>
      </w:tr>
      <w:tr w:rsidR="00BC15E0" w14:paraId="75AFE7DC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32E58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thé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9BE51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2,50 €</w:t>
            </w:r>
          </w:p>
        </w:tc>
      </w:tr>
      <w:tr w:rsidR="00BC15E0" w14:paraId="5F8B3968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EDA9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chocolat chaud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4631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3,00 €</w:t>
            </w:r>
          </w:p>
        </w:tc>
      </w:tr>
      <w:tr w:rsidR="00BC15E0" w14:paraId="482315F1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263DD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jus d’orange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06DD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3,50 €</w:t>
            </w:r>
          </w:p>
        </w:tc>
      </w:tr>
      <w:tr w:rsidR="00BC15E0" w14:paraId="778D03E0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0D9EE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Une eau minérale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61AB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2,00 €</w:t>
            </w:r>
          </w:p>
        </w:tc>
      </w:tr>
      <w:tr w:rsidR="00BC15E0" w14:paraId="19971664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A973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croissant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E7258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1,50 €</w:t>
            </w:r>
          </w:p>
        </w:tc>
      </w:tr>
      <w:tr w:rsidR="00BC15E0" w14:paraId="7C6F3B4B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42C136" w14:textId="77777777" w:rsidR="00BC15E0" w:rsidRDefault="00000000">
            <w:pPr>
              <w:spacing w:before="20"/>
            </w:pPr>
            <w:r>
              <w:rPr>
                <w:sz w:val="19"/>
              </w:rPr>
              <w:t>Un sandwich au fromage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B0804" w14:textId="77777777" w:rsidR="00BC15E0" w:rsidRDefault="00000000">
            <w:pPr>
              <w:spacing w:before="20"/>
            </w:pPr>
            <w:r>
              <w:rPr>
                <w:sz w:val="19"/>
              </w:rPr>
              <w:t>4,00 €</w:t>
            </w:r>
          </w:p>
        </w:tc>
      </w:tr>
    </w:tbl>
    <w:p w14:paraId="5242B524" w14:textId="77777777" w:rsidR="00BC15E0" w:rsidRDefault="00BC15E0">
      <w:pPr>
        <w:spacing w:after="0" w:line="6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7BD83341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2BFA85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lastRenderedPageBreak/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36B55C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29FFA44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3449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Combien coûte un thé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B37F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thé coûte deux euros cinquante.</w:t>
            </w:r>
          </w:p>
        </w:tc>
      </w:tr>
      <w:tr w:rsidR="00BC15E0" w14:paraId="21375DC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4EEB1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Combien coûtent deux croissants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9D0E3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Deux croissants coûtent trois euros.</w:t>
            </w:r>
          </w:p>
        </w:tc>
      </w:tr>
      <w:tr w:rsidR="00BC15E0" w14:paraId="72EBB278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5503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café et un croissant, ça fait combien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24AC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Ça fait trois euros cinquante.</w:t>
            </w:r>
          </w:p>
        </w:tc>
      </w:tr>
      <w:tr w:rsidR="00BC15E0" w14:paraId="196E647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AA14D" w14:textId="77777777" w:rsidR="00BC15E0" w:rsidRDefault="00000000">
            <w:pPr>
              <w:spacing w:before="20"/>
            </w:pPr>
            <w:r>
              <w:rPr>
                <w:sz w:val="19"/>
              </w:rPr>
              <w:t>Un jus d’orange et un sandwich au fromage, ça fait combien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7ADC9E" w14:textId="77777777" w:rsidR="00BC15E0" w:rsidRDefault="00000000">
            <w:pPr>
              <w:spacing w:before="20"/>
            </w:pPr>
            <w:r>
              <w:rPr>
                <w:sz w:val="19"/>
              </w:rPr>
              <w:t>Ça fait sept euros cinquante.</w:t>
            </w:r>
          </w:p>
        </w:tc>
      </w:tr>
    </w:tbl>
    <w:p w14:paraId="3B11764F" w14:textId="77777777" w:rsidR="00BC15E0" w:rsidRDefault="00BC15E0">
      <w:pPr>
        <w:spacing w:after="0" w:line="60" w:lineRule="exact"/>
      </w:pPr>
    </w:p>
    <w:p w14:paraId="27F4944F" w14:textId="77777777" w:rsidR="00BC15E0" w:rsidRDefault="00000000">
      <w:pPr>
        <w:pStyle w:val="Naslov2"/>
      </w:pPr>
      <w:r>
        <w:t>Završna komunikacijska aktivnost</w:t>
      </w:r>
    </w:p>
    <w:p w14:paraId="6CEA6BD8" w14:textId="77777777" w:rsidR="00BC15E0" w:rsidRDefault="00000000">
      <w:r>
        <w:t>Učenici izmjenjuju uloge gosta i konobara. Gost naručuje piće i nešto za jelo, pita za cijenu i traži račun.</w:t>
      </w:r>
    </w:p>
    <w:p w14:paraId="783832CE" w14:textId="77777777" w:rsidR="00BC15E0" w:rsidRDefault="00000000">
      <w:pPr>
        <w:keepLines/>
      </w:pPr>
      <w:r>
        <w:t>— Bonjour ! Vous désirez ?</w:t>
      </w:r>
      <w:r>
        <w:br/>
        <w:t>— Bonjour ! Je voudrais un café et un croissant, s’il vous plaît.</w:t>
      </w:r>
      <w:r>
        <w:br/>
        <w:t>— Avec ou sans sucre ?</w:t>
      </w:r>
      <w:r>
        <w:br/>
        <w:t>— Sans sucre, merci.</w:t>
      </w:r>
      <w:r>
        <w:br/>
        <w:t>— Voilà votre café et votre croissant.</w:t>
      </w:r>
      <w:r>
        <w:br/>
        <w:t>— Merci. L’addition, s’il vous plaît.</w:t>
      </w:r>
      <w:r>
        <w:br/>
        <w:t>— Ça fait trois euros cinquante.</w:t>
      </w:r>
      <w:r>
        <w:br/>
        <w:t>— Je peux payer par carte ?</w:t>
      </w:r>
      <w:r>
        <w:br/>
        <w:t>— Oui, bien sûr.</w:t>
      </w:r>
      <w:r>
        <w:br/>
        <w:t>— Merci, au revoir !</w:t>
      </w:r>
    </w:p>
    <w:p w14:paraId="1F01F410" w14:textId="77777777" w:rsidR="00BC15E0" w:rsidRDefault="00000000">
      <w:r>
        <w:t>Prijevod: Dobar dan! Što želite? — Htio/Htjela bih kavu i kroasan, molim Vas. — Sa šećerom ili bez? — Bez šećera, hvala. — Evo Vaše kave i kroasana. — Hvala. Račun, molim Vas. — To je tri eura i pedeset centi. — Mogu li platiti karticom? — Da, naravno. — Hvala, doviđenja!</w:t>
      </w:r>
    </w:p>
    <w:p w14:paraId="28FCBA98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16756BD5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F1637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53E9E9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4176C0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3F403586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B69A2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459B5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65677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14646A6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522CF9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94176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51FD0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3FB60E3E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51E2AD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72061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FF13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A300C5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4D480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CFFBE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0050F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63EDA86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557CC9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A0DA1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DAE77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124306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63374A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CD59F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BF007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5460F28C" w14:textId="77777777" w:rsidR="00BC15E0" w:rsidRDefault="00BC15E0">
      <w:pPr>
        <w:spacing w:after="0" w:line="60" w:lineRule="exact"/>
      </w:pPr>
    </w:p>
    <w:p w14:paraId="2645C19F" w14:textId="77777777" w:rsidR="00BC15E0" w:rsidRDefault="00000000">
      <w:pPr>
        <w:pStyle w:val="Naslov2"/>
      </w:pPr>
      <w:r>
        <w:t>Metodička napomena</w:t>
      </w:r>
    </w:p>
    <w:p w14:paraId="5D21C5A7" w14:textId="77777777" w:rsidR="00BC15E0" w:rsidRDefault="00000000">
      <w:r>
        <w:t>Je voudrais uvodi se kao gotov pristojni izraz. Na A1 učenici koriste model i mijenjaju proizvode. Na A2 proširuju razgovor pitanjima o šećeru, mjestu sjedenja i plaćanju. Kod povezivanja uspoređuju sva pitanja i odgovore prije konačnoga odabira.</w:t>
      </w:r>
    </w:p>
    <w:p w14:paraId="73A89026" w14:textId="676ADAF8" w:rsidR="00BC15E0" w:rsidRDefault="00000000">
      <w:r>
        <w:t xml:space="preserve">Poveznica na interaktivnu aktivnost: </w:t>
      </w:r>
      <w:hyperlink r:id="rId18" w:history="1">
        <w:r w:rsidR="00D15B2D" w:rsidRPr="000870C8">
          <w:rPr>
            <w:rStyle w:val="Hiperveza"/>
          </w:rPr>
          <w:t>https://wordwall.net/hr/resource/120723605/au-caf%C3%A9</w:t>
        </w:r>
      </w:hyperlink>
      <w:r w:rsidR="00D15B2D">
        <w:t xml:space="preserve"> </w:t>
      </w:r>
      <w:r>
        <w:br/>
      </w:r>
    </w:p>
    <w:p w14:paraId="24AF0502" w14:textId="77777777" w:rsidR="00BC15E0" w:rsidRDefault="00000000">
      <w:pPr>
        <w:pStyle w:val="Naslov1"/>
        <w:pageBreakBefore/>
      </w:pPr>
      <w:r>
        <w:lastRenderedPageBreak/>
        <w:t>10 Au restaurant</w:t>
      </w:r>
    </w:p>
    <w:p w14:paraId="695FD34C" w14:textId="77777777" w:rsidR="00BC15E0" w:rsidRDefault="00000000">
      <w:r>
        <w:t>Razina: A1–A2</w:t>
      </w:r>
      <w:r>
        <w:br/>
        <w:t>Tema: Razumijevanje jelovnika, naručivanje hrane i komunikacija u restoranu</w:t>
      </w:r>
      <w:r>
        <w:br/>
        <w:t>Opseg: 1 nastavni sat (45 minuta)</w:t>
      </w:r>
      <w:r>
        <w:br/>
        <w:t>Predložak: Quiz</w:t>
      </w:r>
      <w:r>
        <w:br/>
        <w:t>Broj digitalnih zadataka ili pojmova: 15</w:t>
      </w:r>
    </w:p>
    <w:p w14:paraId="1C3A05F2" w14:textId="77777777" w:rsidR="00BC15E0" w:rsidRDefault="00000000">
      <w:pPr>
        <w:pStyle w:val="Naslov2"/>
      </w:pPr>
      <w:r>
        <w:t>Odgojno obrazovni ishod</w:t>
      </w:r>
    </w:p>
    <w:p w14:paraId="7902C7A3" w14:textId="77777777" w:rsidR="00BC15E0" w:rsidRDefault="00000000">
      <w:r>
        <w:t>Učenik razumije jednostavan jelovnik i osnovne izraze u restoranu te sudjeluje u kratkom razgovoru pri odabiru i naručivanju obroka.</w:t>
      </w:r>
    </w:p>
    <w:p w14:paraId="7AB1B74A" w14:textId="77777777" w:rsidR="00BC15E0" w:rsidRDefault="00000000">
      <w:pPr>
        <w:pStyle w:val="Naslov2"/>
      </w:pPr>
      <w:r>
        <w:t>Opis za javnu objavu</w:t>
      </w:r>
    </w:p>
    <w:p w14:paraId="0ED1947C" w14:textId="77777777" w:rsidR="00BC15E0" w:rsidRDefault="00000000">
      <w:r>
        <w:t>Učenici prepoznaju dijelove obroka, razumiju jednostavne narudžbe i odabiru primjerene izraze. Sastavljaju narudžbu prema jelovniku i sudjeluju u igri uloga.</w:t>
      </w:r>
    </w:p>
    <w:p w14:paraId="193A239A" w14:textId="77777777" w:rsidR="00BC15E0" w:rsidRDefault="00000000">
      <w:pPr>
        <w:pStyle w:val="Naslov2"/>
      </w:pPr>
      <w:r>
        <w:t>Sadržaj za Wordwall</w:t>
      </w:r>
    </w:p>
    <w:p w14:paraId="66749A84" w14:textId="77777777" w:rsidR="00BC15E0" w:rsidRDefault="00000000">
      <w:r>
        <w:t>Uputa: Lis chaque question et choisis la bonne réponse. / Pročitaj svako pitanje i odaberi točan odgovor.</w:t>
      </w:r>
    </w:p>
    <w:p w14:paraId="0EDEFAC1" w14:textId="77777777" w:rsidR="00BC15E0" w:rsidRDefault="00000000">
      <w:pPr>
        <w:pStyle w:val="Naslov2"/>
      </w:pPr>
      <w:proofErr w:type="spellStart"/>
      <w:r>
        <w:t>Vocabulaire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509A79AE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468A18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Francuski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2C753C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Hrvatski</w:t>
            </w:r>
          </w:p>
        </w:tc>
      </w:tr>
      <w:tr w:rsidR="00BC15E0" w14:paraId="5F3F7834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3ADDDA" w14:textId="77777777" w:rsidR="00BC15E0" w:rsidRDefault="00000000">
            <w:pPr>
              <w:spacing w:before="20"/>
            </w:pPr>
            <w:r>
              <w:rPr>
                <w:sz w:val="19"/>
              </w:rPr>
              <w:t>une entrée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5DE5A3" w14:textId="77777777" w:rsidR="00BC15E0" w:rsidRDefault="00000000">
            <w:pPr>
              <w:spacing w:before="20"/>
            </w:pPr>
            <w:r>
              <w:rPr>
                <w:sz w:val="19"/>
              </w:rPr>
              <w:t>predjelo</w:t>
            </w:r>
          </w:p>
        </w:tc>
      </w:tr>
      <w:tr w:rsidR="00BC15E0" w14:paraId="6A58244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F34280" w14:textId="77777777" w:rsidR="00BC15E0" w:rsidRDefault="00000000">
            <w:pPr>
              <w:spacing w:before="20"/>
            </w:pPr>
            <w:r>
              <w:rPr>
                <w:sz w:val="19"/>
              </w:rPr>
              <w:t>un plat principal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4AF9A6" w14:textId="77777777" w:rsidR="00BC15E0" w:rsidRDefault="00000000">
            <w:pPr>
              <w:spacing w:before="20"/>
            </w:pPr>
            <w:r>
              <w:rPr>
                <w:sz w:val="19"/>
              </w:rPr>
              <w:t>glavno jelo</w:t>
            </w:r>
          </w:p>
        </w:tc>
      </w:tr>
      <w:tr w:rsidR="00BC15E0" w14:paraId="0800A1E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74A2DD" w14:textId="77777777" w:rsidR="00BC15E0" w:rsidRDefault="00000000">
            <w:pPr>
              <w:spacing w:before="20"/>
            </w:pPr>
            <w:r>
              <w:rPr>
                <w:sz w:val="19"/>
              </w:rPr>
              <w:t>un dessert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98E7C7" w14:textId="77777777" w:rsidR="00BC15E0" w:rsidRDefault="00000000">
            <w:pPr>
              <w:spacing w:before="20"/>
            </w:pPr>
            <w:r>
              <w:rPr>
                <w:sz w:val="19"/>
              </w:rPr>
              <w:t>desert</w:t>
            </w:r>
          </w:p>
        </w:tc>
      </w:tr>
      <w:tr w:rsidR="00BC15E0" w14:paraId="7835DC7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50B267" w14:textId="77777777" w:rsidR="00BC15E0" w:rsidRDefault="00000000">
            <w:pPr>
              <w:spacing w:before="20"/>
            </w:pPr>
            <w:r>
              <w:rPr>
                <w:sz w:val="19"/>
              </w:rPr>
              <w:t>une boisson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D8E0D4" w14:textId="77777777" w:rsidR="00BC15E0" w:rsidRDefault="00000000">
            <w:pPr>
              <w:spacing w:before="20"/>
            </w:pPr>
            <w:r>
              <w:rPr>
                <w:sz w:val="19"/>
              </w:rPr>
              <w:t>piće</w:t>
            </w:r>
          </w:p>
        </w:tc>
      </w:tr>
      <w:tr w:rsidR="00BC15E0" w14:paraId="4A75F91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578498" w14:textId="77777777" w:rsidR="00BC15E0" w:rsidRDefault="00000000">
            <w:pPr>
              <w:spacing w:before="20"/>
            </w:pPr>
            <w:r>
              <w:rPr>
                <w:sz w:val="19"/>
              </w:rPr>
              <w:t>le poulet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869103" w14:textId="77777777" w:rsidR="00BC15E0" w:rsidRDefault="00000000">
            <w:pPr>
              <w:spacing w:before="20"/>
            </w:pPr>
            <w:r>
              <w:rPr>
                <w:sz w:val="19"/>
              </w:rPr>
              <w:t>piletina</w:t>
            </w:r>
          </w:p>
        </w:tc>
      </w:tr>
      <w:tr w:rsidR="00BC15E0" w14:paraId="789F9B04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E2528F" w14:textId="77777777" w:rsidR="00BC15E0" w:rsidRDefault="00000000">
            <w:pPr>
              <w:spacing w:before="20"/>
            </w:pPr>
            <w:r>
              <w:rPr>
                <w:sz w:val="19"/>
              </w:rPr>
              <w:t>le poisson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85F1F2" w14:textId="77777777" w:rsidR="00BC15E0" w:rsidRDefault="00000000">
            <w:pPr>
              <w:spacing w:before="20"/>
            </w:pPr>
            <w:r>
              <w:rPr>
                <w:sz w:val="19"/>
              </w:rPr>
              <w:t>riba</w:t>
            </w:r>
          </w:p>
        </w:tc>
      </w:tr>
      <w:tr w:rsidR="00BC15E0" w14:paraId="032B8EC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ADAF2" w14:textId="77777777" w:rsidR="00BC15E0" w:rsidRDefault="00000000">
            <w:pPr>
              <w:spacing w:before="20"/>
            </w:pPr>
            <w:r>
              <w:rPr>
                <w:sz w:val="19"/>
              </w:rPr>
              <w:t>le riz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7E3E5F" w14:textId="77777777" w:rsidR="00BC15E0" w:rsidRDefault="00000000">
            <w:pPr>
              <w:spacing w:before="20"/>
            </w:pPr>
            <w:r>
              <w:rPr>
                <w:sz w:val="19"/>
              </w:rPr>
              <w:t>riža</w:t>
            </w:r>
          </w:p>
        </w:tc>
      </w:tr>
      <w:tr w:rsidR="00BC15E0" w14:paraId="3966FBA9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11B1C7" w14:textId="77777777" w:rsidR="00BC15E0" w:rsidRDefault="00000000">
            <w:pPr>
              <w:spacing w:before="20"/>
            </w:pPr>
            <w:r>
              <w:rPr>
                <w:sz w:val="19"/>
              </w:rPr>
              <w:t>les légumes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DDE354" w14:textId="77777777" w:rsidR="00BC15E0" w:rsidRDefault="00000000">
            <w:pPr>
              <w:spacing w:before="20"/>
            </w:pPr>
            <w:r>
              <w:rPr>
                <w:sz w:val="19"/>
              </w:rPr>
              <w:t>povrće</w:t>
            </w:r>
          </w:p>
        </w:tc>
      </w:tr>
      <w:tr w:rsidR="00BC15E0" w14:paraId="2845931C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15CD5" w14:textId="77777777" w:rsidR="00BC15E0" w:rsidRDefault="00000000">
            <w:pPr>
              <w:spacing w:before="20"/>
            </w:pPr>
            <w:r>
              <w:rPr>
                <w:sz w:val="19"/>
              </w:rPr>
              <w:t>les pâtes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E33A70" w14:textId="77777777" w:rsidR="00BC15E0" w:rsidRDefault="00000000">
            <w:pPr>
              <w:spacing w:before="20"/>
            </w:pPr>
            <w:r>
              <w:rPr>
                <w:sz w:val="19"/>
              </w:rPr>
              <w:t>tjestenina</w:t>
            </w:r>
          </w:p>
        </w:tc>
      </w:tr>
      <w:tr w:rsidR="00BC15E0" w14:paraId="769DBBF3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296A66" w14:textId="77777777" w:rsidR="00BC15E0" w:rsidRDefault="00000000">
            <w:pPr>
              <w:spacing w:before="20"/>
            </w:pPr>
            <w:r>
              <w:rPr>
                <w:sz w:val="19"/>
              </w:rPr>
              <w:t>une tarte aux pommes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E38623" w14:textId="77777777" w:rsidR="00BC15E0" w:rsidRDefault="00000000">
            <w:pPr>
              <w:spacing w:before="20"/>
            </w:pPr>
            <w:r>
              <w:rPr>
                <w:sz w:val="19"/>
              </w:rPr>
              <w:t>pita od jabuka</w:t>
            </w:r>
          </w:p>
        </w:tc>
      </w:tr>
      <w:tr w:rsidR="00BC15E0" w14:paraId="26C1077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40498F" w14:textId="77777777" w:rsidR="00BC15E0" w:rsidRDefault="00000000">
            <w:pPr>
              <w:spacing w:before="20"/>
            </w:pPr>
            <w:r>
              <w:rPr>
                <w:sz w:val="19"/>
              </w:rPr>
              <w:t>réserver une table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52C0F3" w14:textId="77777777" w:rsidR="00BC15E0" w:rsidRDefault="00000000">
            <w:pPr>
              <w:spacing w:before="20"/>
            </w:pPr>
            <w:r>
              <w:rPr>
                <w:sz w:val="19"/>
              </w:rPr>
              <w:t>rezervirati stol</w:t>
            </w:r>
          </w:p>
        </w:tc>
      </w:tr>
      <w:tr w:rsidR="00BC15E0" w14:paraId="444DD950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91EC0" w14:textId="77777777" w:rsidR="00BC15E0" w:rsidRDefault="00000000">
            <w:pPr>
              <w:spacing w:before="20"/>
            </w:pPr>
            <w:r>
              <w:rPr>
                <w:sz w:val="19"/>
              </w:rPr>
              <w:t>Bon appétit !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D8B82" w14:textId="77777777" w:rsidR="00BC15E0" w:rsidRDefault="00000000">
            <w:pPr>
              <w:spacing w:before="20"/>
            </w:pPr>
            <w:r>
              <w:rPr>
                <w:sz w:val="19"/>
              </w:rPr>
              <w:t>Dobar tek!</w:t>
            </w:r>
          </w:p>
        </w:tc>
      </w:tr>
    </w:tbl>
    <w:p w14:paraId="799698CB" w14:textId="77777777" w:rsidR="00BC15E0" w:rsidRDefault="00BC15E0">
      <w:pPr>
        <w:spacing w:after="0" w:line="60" w:lineRule="exact"/>
      </w:pPr>
    </w:p>
    <w:p w14:paraId="21708F92" w14:textId="77777777" w:rsidR="00BC15E0" w:rsidRDefault="00000000">
      <w:pPr>
        <w:pStyle w:val="Naslov2"/>
      </w:pPr>
      <w:r>
        <w:t>Primjena</w:t>
      </w:r>
    </w:p>
    <w:p w14:paraId="76409633" w14:textId="77777777" w:rsidR="00BC15E0" w:rsidRDefault="00000000">
      <w:r>
        <w:t>Odaberite jedno predjelo, jedno glavno jelo, jedan desert i jedno piće. Zapišite narudžbu i izračunajte ukupnu cijenu.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6480"/>
        <w:gridCol w:w="1584"/>
      </w:tblGrid>
      <w:tr w:rsidR="00BC15E0" w14:paraId="23BAC5B8" w14:textId="77777777">
        <w:trPr>
          <w:cantSplit/>
          <w:tblHeader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F0B47" w14:textId="77777777" w:rsidR="00BC15E0" w:rsidRDefault="00000000">
            <w:pPr>
              <w:spacing w:before="20"/>
              <w:jc w:val="center"/>
            </w:pPr>
            <w:r>
              <w:rPr>
                <w:b/>
                <w:sz w:val="19"/>
              </w:rPr>
              <w:t>Dio obroka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F07A3B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Ponuda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E28A9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Cijena</w:t>
            </w:r>
          </w:p>
        </w:tc>
      </w:tr>
      <w:tr w:rsidR="00BC15E0" w14:paraId="05B2CE11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3FF417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Entrée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8404CC" w14:textId="77777777" w:rsidR="00BC15E0" w:rsidRDefault="00000000">
            <w:pPr>
              <w:spacing w:before="20"/>
            </w:pPr>
            <w:r>
              <w:rPr>
                <w:sz w:val="19"/>
              </w:rPr>
              <w:t>Salade de tomates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B8FC45" w14:textId="77777777" w:rsidR="00BC15E0" w:rsidRDefault="00000000">
            <w:pPr>
              <w:spacing w:before="20"/>
            </w:pPr>
            <w:r>
              <w:rPr>
                <w:sz w:val="19"/>
              </w:rPr>
              <w:t>5 €</w:t>
            </w:r>
          </w:p>
        </w:tc>
      </w:tr>
      <w:tr w:rsidR="00BC15E0" w14:paraId="7022879A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982457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Entrée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B6DFFD" w14:textId="77777777" w:rsidR="00BC15E0" w:rsidRDefault="00000000">
            <w:pPr>
              <w:spacing w:before="20"/>
            </w:pPr>
            <w:r>
              <w:rPr>
                <w:sz w:val="19"/>
              </w:rPr>
              <w:t>Soupe de légumes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BBEA91" w14:textId="77777777" w:rsidR="00BC15E0" w:rsidRDefault="00000000">
            <w:pPr>
              <w:spacing w:before="20"/>
            </w:pPr>
            <w:r>
              <w:rPr>
                <w:sz w:val="19"/>
              </w:rPr>
              <w:t>6 €</w:t>
            </w:r>
          </w:p>
        </w:tc>
      </w:tr>
      <w:tr w:rsidR="00BC15E0" w14:paraId="50E22BCB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B9115C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Plat principal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DBDE5A" w14:textId="77777777" w:rsidR="00BC15E0" w:rsidRDefault="00000000">
            <w:pPr>
              <w:spacing w:before="20"/>
            </w:pPr>
            <w:r>
              <w:rPr>
                <w:sz w:val="19"/>
              </w:rPr>
              <w:t>Poulet avec du riz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EDD3C6" w14:textId="77777777" w:rsidR="00BC15E0" w:rsidRDefault="00000000">
            <w:pPr>
              <w:spacing w:before="20"/>
            </w:pPr>
            <w:r>
              <w:rPr>
                <w:sz w:val="19"/>
              </w:rPr>
              <w:t>12 €</w:t>
            </w:r>
          </w:p>
        </w:tc>
      </w:tr>
      <w:tr w:rsidR="00BC15E0" w14:paraId="45F32ECF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6F4EC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Plat principal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DEC3F8" w14:textId="77777777" w:rsidR="00BC15E0" w:rsidRDefault="00000000">
            <w:pPr>
              <w:spacing w:before="20"/>
            </w:pPr>
            <w:r>
              <w:rPr>
                <w:sz w:val="19"/>
              </w:rPr>
              <w:t>Poisson avec des pommes de terre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0F0D1" w14:textId="77777777" w:rsidR="00BC15E0" w:rsidRDefault="00000000">
            <w:pPr>
              <w:spacing w:before="20"/>
            </w:pPr>
            <w:r>
              <w:rPr>
                <w:sz w:val="19"/>
              </w:rPr>
              <w:t>14 €</w:t>
            </w:r>
          </w:p>
        </w:tc>
      </w:tr>
      <w:tr w:rsidR="00BC15E0" w14:paraId="57755051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578D79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Plat principal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DB1F5E" w14:textId="77777777" w:rsidR="00BC15E0" w:rsidRDefault="00000000">
            <w:pPr>
              <w:spacing w:before="20"/>
            </w:pPr>
            <w:r>
              <w:rPr>
                <w:sz w:val="19"/>
              </w:rPr>
              <w:t>Pâtes aux légumes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4F2CC4" w14:textId="77777777" w:rsidR="00BC15E0" w:rsidRDefault="00000000">
            <w:pPr>
              <w:spacing w:before="20"/>
            </w:pPr>
            <w:r>
              <w:rPr>
                <w:sz w:val="19"/>
              </w:rPr>
              <w:t>11 €</w:t>
            </w:r>
          </w:p>
        </w:tc>
      </w:tr>
      <w:tr w:rsidR="00BC15E0" w14:paraId="4E3A9432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709AB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Dessert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5AC196" w14:textId="77777777" w:rsidR="00BC15E0" w:rsidRDefault="00000000">
            <w:pPr>
              <w:spacing w:before="20"/>
            </w:pPr>
            <w:r>
              <w:rPr>
                <w:sz w:val="19"/>
              </w:rPr>
              <w:t>Tarte aux pommes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C15082" w14:textId="77777777" w:rsidR="00BC15E0" w:rsidRDefault="00000000">
            <w:pPr>
              <w:spacing w:before="20"/>
            </w:pPr>
            <w:r>
              <w:rPr>
                <w:sz w:val="19"/>
              </w:rPr>
              <w:t>5 €</w:t>
            </w:r>
          </w:p>
        </w:tc>
      </w:tr>
      <w:tr w:rsidR="00BC15E0" w14:paraId="087BD3AE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541D81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Dessert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FCA174" w14:textId="77777777" w:rsidR="00BC15E0" w:rsidRDefault="00000000">
            <w:pPr>
              <w:spacing w:before="20"/>
            </w:pPr>
            <w:r>
              <w:rPr>
                <w:sz w:val="19"/>
              </w:rPr>
              <w:t>Glace à la vanille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CA8C79" w14:textId="77777777" w:rsidR="00BC15E0" w:rsidRDefault="00000000">
            <w:pPr>
              <w:spacing w:before="20"/>
            </w:pPr>
            <w:r>
              <w:rPr>
                <w:sz w:val="19"/>
              </w:rPr>
              <w:t>4 €</w:t>
            </w:r>
          </w:p>
        </w:tc>
      </w:tr>
      <w:tr w:rsidR="00BC15E0" w14:paraId="74344AF2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7465E6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lastRenderedPageBreak/>
              <w:t>Boisson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5D80F" w14:textId="77777777" w:rsidR="00BC15E0" w:rsidRDefault="00000000">
            <w:pPr>
              <w:spacing w:before="20"/>
            </w:pPr>
            <w:r>
              <w:rPr>
                <w:sz w:val="19"/>
              </w:rPr>
              <w:t>Eau minérale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EE976E" w14:textId="77777777" w:rsidR="00BC15E0" w:rsidRDefault="00000000">
            <w:pPr>
              <w:spacing w:before="20"/>
            </w:pPr>
            <w:r>
              <w:rPr>
                <w:sz w:val="19"/>
              </w:rPr>
              <w:t>2 €</w:t>
            </w:r>
          </w:p>
        </w:tc>
      </w:tr>
      <w:tr w:rsidR="00BC15E0" w14:paraId="2E3EA6BC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2C2D03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Boisson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C792BF" w14:textId="77777777" w:rsidR="00BC15E0" w:rsidRDefault="00000000">
            <w:pPr>
              <w:spacing w:before="20"/>
            </w:pPr>
            <w:r>
              <w:rPr>
                <w:sz w:val="19"/>
              </w:rPr>
              <w:t>Jus d’orange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558E3E" w14:textId="77777777" w:rsidR="00BC15E0" w:rsidRDefault="00000000">
            <w:pPr>
              <w:spacing w:before="20"/>
            </w:pPr>
            <w:r>
              <w:rPr>
                <w:sz w:val="19"/>
              </w:rPr>
              <w:t>3 €</w:t>
            </w:r>
          </w:p>
        </w:tc>
      </w:tr>
    </w:tbl>
    <w:p w14:paraId="348F3557" w14:textId="77777777" w:rsidR="00BC15E0" w:rsidRDefault="00BC15E0">
      <w:pPr>
        <w:spacing w:after="0" w:line="60" w:lineRule="exact"/>
      </w:pPr>
    </w:p>
    <w:p w14:paraId="74FE2989" w14:textId="77777777" w:rsidR="00BC15E0" w:rsidRDefault="00000000">
      <w:pPr>
        <w:keepLines/>
      </w:pPr>
      <w:r>
        <w:t>Comme entrée, je voudrais une salade de tomates.</w:t>
      </w:r>
      <w:r>
        <w:br/>
        <w:t>Comme plat principal, je voudrais du poulet avec du riz.</w:t>
      </w:r>
      <w:r>
        <w:br/>
        <w:t>Comme dessert, je voudrais une glace à la vanille.</w:t>
      </w:r>
      <w:r>
        <w:br/>
        <w:t>Et comme boisson, je voudrais une eau minérale.</w:t>
      </w:r>
      <w:r>
        <w:br/>
        <w:t>Ça fait vingt-trois euros.</w:t>
      </w:r>
    </w:p>
    <w:p w14:paraId="558C724A" w14:textId="77777777" w:rsidR="00BC15E0" w:rsidRDefault="00000000">
      <w:pPr>
        <w:pStyle w:val="Naslov2"/>
      </w:pPr>
      <w:r>
        <w:t>Završna komunikacijska aktivnost</w:t>
      </w:r>
    </w:p>
    <w:p w14:paraId="0809751A" w14:textId="77777777" w:rsidR="00BC15E0" w:rsidRDefault="00000000">
      <w:r>
        <w:t>Učenici izmjenjuju uloge gosta i konobara uz ponuđeni jelovnik. Nakon naručivanja traže račun, izgovaraju ukupnu cijenu i navode način plaćanja.</w:t>
      </w:r>
    </w:p>
    <w:p w14:paraId="6DDE0F5B" w14:textId="77777777" w:rsidR="00BC15E0" w:rsidRDefault="00000000">
      <w:pPr>
        <w:keepLines/>
      </w:pPr>
      <w:r>
        <w:t>— Bonjour ! Une table pour deux, s’il vous plaît.</w:t>
      </w:r>
      <w:r>
        <w:br/>
        <w:t>— Bonjour ! Oui, bien sûr. Voici la carte.</w:t>
      </w:r>
      <w:r>
        <w:br/>
        <w:t>— Merci.</w:t>
      </w:r>
      <w:r>
        <w:br/>
        <w:t>— Vous avez choisi ?</w:t>
      </w:r>
      <w:r>
        <w:br/>
        <w:t>— Oui. Comme plat principal, je voudrais des pâtes aux légumes.</w:t>
      </w:r>
      <w:r>
        <w:br/>
        <w:t>— Et comme boisson ?</w:t>
      </w:r>
      <w:r>
        <w:br/>
        <w:t>— De l’eau plate, s’il vous plaît.</w:t>
      </w:r>
      <w:r>
        <w:br/>
        <w:t>— Vous voulez un dessert ?</w:t>
      </w:r>
      <w:r>
        <w:br/>
        <w:t>— Oui, une tarte aux pommes.</w:t>
      </w:r>
      <w:r>
        <w:br/>
        <w:t>— Très bien, merci.</w:t>
      </w:r>
    </w:p>
    <w:p w14:paraId="48A5D0A9" w14:textId="77777777" w:rsidR="00BC15E0" w:rsidRDefault="00000000">
      <w:pPr>
        <w:pStyle w:val="Naslov2"/>
      </w:pPr>
      <w:proofErr w:type="spellStart"/>
      <w:r>
        <w:t>Tijek</w:t>
      </w:r>
      <w:proofErr w:type="spellEnd"/>
      <w:r>
        <w:t xml:space="preserve"> </w:t>
      </w:r>
      <w:proofErr w:type="spellStart"/>
      <w:r>
        <w:t>nastavnog</w:t>
      </w:r>
      <w:proofErr w:type="spellEnd"/>
      <w:r>
        <w:t xml:space="preserve"> </w:t>
      </w:r>
      <w:proofErr w:type="spellStart"/>
      <w:r>
        <w:t>sata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22AEA216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42D091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48171A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AB24C6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239B7D7E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8CFDE3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F4A36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2DEAF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705C54E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29FF0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286DA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02900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1ABAF3C8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310AA4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71F36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933DE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62C3BFE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26F4DC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C4E0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9B100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0892266E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A6D4F2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44065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B3AA1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63CDBBC3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D9023B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377B15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79B2CF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66A91EC0" w14:textId="77777777" w:rsidR="00BC15E0" w:rsidRDefault="00BC15E0">
      <w:pPr>
        <w:spacing w:after="0" w:line="60" w:lineRule="exact"/>
      </w:pPr>
    </w:p>
    <w:p w14:paraId="010D8FB5" w14:textId="77777777" w:rsidR="00BC15E0" w:rsidRDefault="00000000">
      <w:pPr>
        <w:pStyle w:val="Naslov2"/>
      </w:pPr>
      <w:r>
        <w:t>Metodička napomena</w:t>
      </w:r>
    </w:p>
    <w:p w14:paraId="004ED213" w14:textId="77777777" w:rsidR="00BC15E0" w:rsidRDefault="00000000">
      <w:r>
        <w:t>Na A1 učenici naručuju uz obrasce. Na A2 dodaju rezervaciju i pitanje o sastojcima. Je voudrais, comme entrée i comme plat principal uvježbavaju se kao komunikacijske cjeline. Aktivnost se može koristiti i za ugostiteljska zanimanja.</w:t>
      </w:r>
    </w:p>
    <w:p w14:paraId="6ADDC2AC" w14:textId="37C5EB77" w:rsidR="00BC15E0" w:rsidRDefault="00000000">
      <w:r>
        <w:t xml:space="preserve">Poveznica na interaktivnu aktivnost: </w:t>
      </w:r>
      <w:hyperlink r:id="rId19" w:history="1">
        <w:r w:rsidR="00D15B2D" w:rsidRPr="000870C8">
          <w:rPr>
            <w:rStyle w:val="Hiperveza"/>
          </w:rPr>
          <w:t>https://wordwall.net/hr/resource/120723832/au-restaurant</w:t>
        </w:r>
      </w:hyperlink>
      <w:r w:rsidR="00D15B2D">
        <w:t xml:space="preserve"> </w:t>
      </w:r>
      <w:r>
        <w:br/>
      </w:r>
    </w:p>
    <w:p w14:paraId="5882266C" w14:textId="77777777" w:rsidR="00BC15E0" w:rsidRDefault="00000000">
      <w:pPr>
        <w:pStyle w:val="Naslov1"/>
        <w:pageBreakBefore/>
      </w:pPr>
      <w:r>
        <w:lastRenderedPageBreak/>
        <w:t>11 On fait les courses</w:t>
      </w:r>
    </w:p>
    <w:p w14:paraId="1408DAD3" w14:textId="77777777" w:rsidR="00BC15E0" w:rsidRDefault="00000000">
      <w:r>
        <w:t>Razina: A1–A2</w:t>
      </w:r>
      <w:r>
        <w:br/>
        <w:t>Tema: Kupovina namirnica, količine i cijene</w:t>
      </w:r>
      <w:r>
        <w:br/>
        <w:t>Opseg: 1 nastavni sat (45 minuta)</w:t>
      </w:r>
      <w:r>
        <w:br/>
        <w:t>Predložak: Group sort</w:t>
      </w:r>
      <w:r>
        <w:br/>
        <w:t>Broj digitalnih zadataka ili pojmova: 15</w:t>
      </w:r>
    </w:p>
    <w:p w14:paraId="32BF7F1C" w14:textId="77777777" w:rsidR="00BC15E0" w:rsidRDefault="00000000">
      <w:pPr>
        <w:pStyle w:val="Naslov2"/>
      </w:pPr>
      <w:r>
        <w:t>Odgojno obrazovni ishod</w:t>
      </w:r>
    </w:p>
    <w:p w14:paraId="777C2052" w14:textId="77777777" w:rsidR="00BC15E0" w:rsidRDefault="00000000">
      <w:r>
        <w:t>Učenik razumije i upotrebljava osnovne nazive namirnica i izraze za količinu te sudjeluje u kratkom razgovoru pri kupovini.</w:t>
      </w:r>
    </w:p>
    <w:p w14:paraId="6FF0F11B" w14:textId="77777777" w:rsidR="00BC15E0" w:rsidRDefault="00000000">
      <w:pPr>
        <w:pStyle w:val="Naslov2"/>
      </w:pPr>
      <w:r>
        <w:t>Opis za javnu objavu</w:t>
      </w:r>
    </w:p>
    <w:p w14:paraId="095E9AD0" w14:textId="77777777" w:rsidR="00BC15E0" w:rsidRDefault="00000000">
      <w:r>
        <w:t>Učenici razvrstavaju namirnice u pet skupina, uvježbavaju količine i čitaju cjenik. Sastavljaju popis za kupovinu i sudjeluju u igri uloga.</w:t>
      </w:r>
    </w:p>
    <w:p w14:paraId="0D65D6BC" w14:textId="77777777" w:rsidR="00BC15E0" w:rsidRDefault="00000000">
      <w:pPr>
        <w:pStyle w:val="Naslov2"/>
      </w:pPr>
      <w:r>
        <w:t>Sadržaj za Wordwall</w:t>
      </w:r>
    </w:p>
    <w:p w14:paraId="16EBB47B" w14:textId="77777777" w:rsidR="00BC15E0" w:rsidRDefault="00000000">
      <w:r>
        <w:t>Uputa: Classe les aliments dans les cinq groupes. / Razvrstaj namirnice u pet skupina.</w:t>
      </w:r>
    </w:p>
    <w:p w14:paraId="466CA1D8" w14:textId="77777777" w:rsidR="00BC15E0" w:rsidRDefault="00000000">
      <w:pPr>
        <w:pStyle w:val="Naslov2"/>
      </w:pPr>
      <w:proofErr w:type="spellStart"/>
      <w:r>
        <w:t>Kratki</w:t>
      </w:r>
      <w:proofErr w:type="spellEnd"/>
      <w:r>
        <w:t xml:space="preserve"> </w:t>
      </w:r>
      <w:proofErr w:type="spellStart"/>
      <w:r>
        <w:t>podsjetnik</w:t>
      </w:r>
      <w:proofErr w:type="spellEnd"/>
    </w:p>
    <w:p w14:paraId="5089A7F8" w14:textId="77777777" w:rsidR="00BC15E0" w:rsidRDefault="00000000">
      <w:r>
        <w:t>Nakon izraza za količinu koristimo de, odnosno d’ ispred samoglasnika.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5790BA0D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FDC064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Francuski izraz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CA9A5D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Hrvatsko značenje</w:t>
            </w:r>
          </w:p>
        </w:tc>
      </w:tr>
      <w:tr w:rsidR="00BC15E0" w14:paraId="7E33517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3E5D8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kilo de pommes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964DC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kilogram jabuka</w:t>
            </w:r>
          </w:p>
        </w:tc>
      </w:tr>
      <w:tr w:rsidR="00BC15E0" w14:paraId="348E43B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C9319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demi-kilo de carottes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FB6A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pola kilograma mrkve</w:t>
            </w:r>
          </w:p>
        </w:tc>
      </w:tr>
      <w:tr w:rsidR="00BC15E0" w14:paraId="2F578E6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C8757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litre de lait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4EE94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litra mlijeka</w:t>
            </w:r>
          </w:p>
        </w:tc>
      </w:tr>
      <w:tr w:rsidR="00BC15E0" w14:paraId="45D6C7B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FB25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une bouteille d’eau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692C5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boca vode</w:t>
            </w:r>
          </w:p>
        </w:tc>
      </w:tr>
      <w:tr w:rsidR="00BC15E0" w14:paraId="7F67588C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B7B31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paquet de riz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5E080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paket riže</w:t>
            </w:r>
          </w:p>
        </w:tc>
      </w:tr>
      <w:tr w:rsidR="00BC15E0" w14:paraId="18E94929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BCE8CC" w14:textId="77777777" w:rsidR="00BC15E0" w:rsidRDefault="00000000">
            <w:pPr>
              <w:spacing w:before="20"/>
            </w:pPr>
            <w:r>
              <w:rPr>
                <w:sz w:val="19"/>
              </w:rPr>
              <w:t>deux cents grammes de fromage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3BB059" w14:textId="77777777" w:rsidR="00BC15E0" w:rsidRDefault="00000000">
            <w:pPr>
              <w:spacing w:before="20"/>
            </w:pPr>
            <w:r>
              <w:rPr>
                <w:sz w:val="19"/>
              </w:rPr>
              <w:t>dvjesto grama sira</w:t>
            </w:r>
          </w:p>
        </w:tc>
      </w:tr>
    </w:tbl>
    <w:p w14:paraId="48A86311" w14:textId="77777777" w:rsidR="00BC15E0" w:rsidRDefault="00BC15E0">
      <w:pPr>
        <w:spacing w:after="0" w:line="60" w:lineRule="exact"/>
      </w:pPr>
    </w:p>
    <w:p w14:paraId="7EED4D5A" w14:textId="77777777" w:rsidR="00BC15E0" w:rsidRDefault="00000000">
      <w:r>
        <w:t>Je voudrais du fromage. — Htio/Htjela bih sira.</w:t>
      </w:r>
      <w:r>
        <w:br/>
        <w:t>Je voudrais deux cents grammes de fromage. — Htio/Htjela bih dvjesto grama sira.</w:t>
      </w:r>
    </w:p>
    <w:p w14:paraId="70BD6F27" w14:textId="77777777" w:rsidR="00BC15E0" w:rsidRDefault="00000000">
      <w:pPr>
        <w:pStyle w:val="Naslov2"/>
      </w:pPr>
      <w:r>
        <w:t>Primjena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  <w:gridCol w:w="2304"/>
      </w:tblGrid>
      <w:tr w:rsidR="00BC15E0" w14:paraId="4803509B" w14:textId="77777777">
        <w:trPr>
          <w:cantSplit/>
          <w:tblHeader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5E15F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Proizvod i količina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7C923E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Cijena</w:t>
            </w:r>
          </w:p>
        </w:tc>
      </w:tr>
      <w:tr w:rsidR="00BC15E0" w14:paraId="3057F815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381C5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kilo de pommes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A4A4E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3,00 €</w:t>
            </w:r>
          </w:p>
        </w:tc>
      </w:tr>
      <w:tr w:rsidR="00BC15E0" w14:paraId="22708FCF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50B5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kilo de carottes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07D3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2,00 €</w:t>
            </w:r>
          </w:p>
        </w:tc>
      </w:tr>
      <w:tr w:rsidR="00BC15E0" w14:paraId="7FB87840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9B01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litre de lait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575E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1,50 €</w:t>
            </w:r>
          </w:p>
        </w:tc>
      </w:tr>
      <w:tr w:rsidR="00BC15E0" w14:paraId="5ECD3B84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EA39F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Une bouteille d’eau minérale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DB4C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1,00 €</w:t>
            </w:r>
          </w:p>
        </w:tc>
      </w:tr>
      <w:tr w:rsidR="00BC15E0" w14:paraId="3E6881AB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710F2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paquet de riz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5ED04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2,50 €</w:t>
            </w:r>
          </w:p>
        </w:tc>
      </w:tr>
      <w:tr w:rsidR="00BC15E0" w14:paraId="22FED16F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435A1B" w14:textId="77777777" w:rsidR="00BC15E0" w:rsidRDefault="00000000">
            <w:pPr>
              <w:spacing w:before="20"/>
            </w:pPr>
            <w:r>
              <w:rPr>
                <w:sz w:val="19"/>
              </w:rPr>
              <w:t>Deux cents grammes de fromage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E4A79C" w14:textId="77777777" w:rsidR="00BC15E0" w:rsidRDefault="00000000">
            <w:pPr>
              <w:spacing w:before="20"/>
            </w:pPr>
            <w:r>
              <w:rPr>
                <w:sz w:val="19"/>
              </w:rPr>
              <w:t>3,00 €</w:t>
            </w:r>
          </w:p>
        </w:tc>
      </w:tr>
    </w:tbl>
    <w:p w14:paraId="24B546EC" w14:textId="77777777" w:rsidR="00BC15E0" w:rsidRDefault="00BC15E0">
      <w:pPr>
        <w:spacing w:after="0" w:line="6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0A43ECC3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6E9D08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8B18D2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09C366D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E985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Combien coûte un kilo de pommes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87B8A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Ça coûte trois euros.</w:t>
            </w:r>
          </w:p>
        </w:tc>
      </w:tr>
      <w:tr w:rsidR="00BC15E0" w14:paraId="7DA45303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CF1F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Combien coûtent deux litres de lait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EA67F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Ça coûte trois euros.</w:t>
            </w:r>
          </w:p>
        </w:tc>
      </w:tr>
      <w:tr w:rsidR="00BC15E0" w14:paraId="5375873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118ED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paquet de riz et une bouteille d’eau, ça fait combien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A134D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Ça fait trois euros cinquante.</w:t>
            </w:r>
          </w:p>
        </w:tc>
      </w:tr>
      <w:tr w:rsidR="00BC15E0" w14:paraId="6114927D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D1BBD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kilo de pommes et un kilo de carottes, ça fait combien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F5BE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Ça fait cinq euros.</w:t>
            </w:r>
          </w:p>
        </w:tc>
      </w:tr>
      <w:tr w:rsidR="00BC15E0" w14:paraId="36F9187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44B7C0" w14:textId="77777777" w:rsidR="00BC15E0" w:rsidRDefault="00000000">
            <w:pPr>
              <w:spacing w:before="20"/>
            </w:pPr>
            <w:r>
              <w:rPr>
                <w:sz w:val="19"/>
              </w:rPr>
              <w:t>Deux cents grammes de fromage et un litre de lait, ça fait combien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4A21A3" w14:textId="77777777" w:rsidR="00BC15E0" w:rsidRDefault="00000000">
            <w:pPr>
              <w:spacing w:before="20"/>
            </w:pPr>
            <w:r>
              <w:rPr>
                <w:sz w:val="19"/>
              </w:rPr>
              <w:t>Ça fait quatre euros cinquante.</w:t>
            </w:r>
          </w:p>
        </w:tc>
      </w:tr>
    </w:tbl>
    <w:p w14:paraId="0D2BAA08" w14:textId="77777777" w:rsidR="00BC15E0" w:rsidRDefault="00BC15E0">
      <w:pPr>
        <w:spacing w:after="0" w:line="60" w:lineRule="exact"/>
      </w:pPr>
    </w:p>
    <w:p w14:paraId="5F26A3E2" w14:textId="77777777" w:rsidR="00BC15E0" w:rsidRDefault="00000000">
      <w:pPr>
        <w:pStyle w:val="Naslov2"/>
      </w:pPr>
      <w:r>
        <w:lastRenderedPageBreak/>
        <w:t>Završna komunikacijska aktivnost</w:t>
      </w:r>
    </w:p>
    <w:p w14:paraId="686A1108" w14:textId="77777777" w:rsidR="00BC15E0" w:rsidRDefault="00000000">
      <w:r>
        <w:t>Kupac sastavlja popis triju proizvoda i navodi količine. Prodavač bilježi narudžbu i izračunava cijenu. Zatim zamjenjuju uloge.</w:t>
      </w:r>
    </w:p>
    <w:p w14:paraId="481C4A61" w14:textId="77777777" w:rsidR="00BC15E0" w:rsidRDefault="00000000">
      <w:pPr>
        <w:keepLines/>
      </w:pPr>
      <w:r>
        <w:t>— Bonjour ! Vous désirez ?</w:t>
      </w:r>
      <w:r>
        <w:br/>
        <w:t>— Bonjour ! Je voudrais un kilo de pommes, s’il vous plaît.</w:t>
      </w:r>
      <w:r>
        <w:br/>
        <w:t>— Voilà. Et avec ceci ?</w:t>
      </w:r>
      <w:r>
        <w:br/>
        <w:t>— Un litre de lait et un paquet de riz, s’il vous plaît.</w:t>
      </w:r>
      <w:r>
        <w:br/>
        <w:t>— C’est tout ?</w:t>
      </w:r>
      <w:r>
        <w:br/>
        <w:t>— Oui, merci. Ça fait combien ?</w:t>
      </w:r>
      <w:r>
        <w:br/>
        <w:t>— Ça fait sept euros.</w:t>
      </w:r>
      <w:r>
        <w:br/>
        <w:t>— Je peux payer par carte ?</w:t>
      </w:r>
      <w:r>
        <w:br/>
        <w:t>— Oui, bien sûr.</w:t>
      </w:r>
      <w:r>
        <w:br/>
        <w:t>— Merci, au revoir !</w:t>
      </w:r>
    </w:p>
    <w:p w14:paraId="005E495A" w14:textId="77777777" w:rsidR="00BC15E0" w:rsidRDefault="00000000">
      <w:r>
        <w:t>Prijevod: Dobar dan! Što želite? — Kilogram jabuka, molim Vas. — Izvolite. Želite li još nešto? — Litru mlijeka i paket riže, molim Vas. — Je li to sve? — Da, hvala. Koliko je ukupno? — Sedam eura. — Mogu li platiti karticom? — Da, naravno. — Hvala, doviđenja!</w:t>
      </w:r>
    </w:p>
    <w:p w14:paraId="3C30BA91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4A88E932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722159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761EF0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8D9B3A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5B869FA9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6F6F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1C0B8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F26E8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1F213E2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7EAD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E908C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02AFD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AF4F21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5B181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9139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312F6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4C4D793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F91F0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26FC0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9F2E6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2FC0AC5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F037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839BC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FC150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503B0A1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0D29D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C834F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66954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699BE6BB" w14:textId="77777777" w:rsidR="00BC15E0" w:rsidRDefault="00BC15E0">
      <w:pPr>
        <w:spacing w:after="0" w:line="60" w:lineRule="exact"/>
      </w:pPr>
    </w:p>
    <w:p w14:paraId="1CEF7066" w14:textId="77777777" w:rsidR="00BC15E0" w:rsidRDefault="00000000">
      <w:pPr>
        <w:pStyle w:val="Naslov2"/>
      </w:pPr>
      <w:r>
        <w:t>Metodička napomena</w:t>
      </w:r>
    </w:p>
    <w:p w14:paraId="28B7B214" w14:textId="77777777" w:rsidR="00BC15E0" w:rsidRDefault="00000000">
      <w:r>
        <w:t>Na A1 učenici koriste proizvode, količine i model. Na A2 mijenjaju količine i proširuju razgovor izrazima Et avec ceci ? i C’est tout ? Prati se razumljiva narudžba, uporaba količina i pristojnost.</w:t>
      </w:r>
    </w:p>
    <w:p w14:paraId="2A376582" w14:textId="5E1141DC" w:rsidR="00BC15E0" w:rsidRDefault="00000000">
      <w:r>
        <w:t xml:space="preserve">Poveznica na interaktivnu aktivnost: </w:t>
      </w:r>
      <w:hyperlink r:id="rId20" w:history="1">
        <w:r w:rsidR="00D15B2D" w:rsidRPr="000870C8">
          <w:rPr>
            <w:rStyle w:val="Hiperveza"/>
          </w:rPr>
          <w:t>https://wordwall.net/hr/resource/120724101/on-fait-les-courses</w:t>
        </w:r>
      </w:hyperlink>
      <w:r w:rsidR="00D15B2D">
        <w:t xml:space="preserve"> </w:t>
      </w:r>
      <w:r>
        <w:br/>
      </w:r>
    </w:p>
    <w:p w14:paraId="2A3E0791" w14:textId="19306354" w:rsidR="00BC15E0" w:rsidRDefault="00000000">
      <w:pPr>
        <w:pStyle w:val="Naslov1"/>
        <w:pageBreakBefore/>
      </w:pPr>
      <w:r>
        <w:lastRenderedPageBreak/>
        <w:t>12 Quel temps fait</w:t>
      </w:r>
      <w:r w:rsidR="00CD5033">
        <w:t>-</w:t>
      </w:r>
      <w:r>
        <w:t>il</w:t>
      </w:r>
      <w:r w:rsidR="00CD5033">
        <w:t xml:space="preserve"> ?</w:t>
      </w:r>
    </w:p>
    <w:p w14:paraId="28B50943" w14:textId="77777777" w:rsidR="00BC15E0" w:rsidRDefault="00000000">
      <w:r>
        <w:t>Razina: A1–A2</w:t>
      </w:r>
      <w:r>
        <w:br/>
        <w:t>Tema: Vremenske prilike, godišnja doba i aktivnosti povezane s vremenom</w:t>
      </w:r>
      <w:r>
        <w:br/>
        <w:t>Opseg: 1 nastavni sat (45 minuta)</w:t>
      </w:r>
      <w:r>
        <w:br/>
        <w:t>Predložak: Match up</w:t>
      </w:r>
      <w:r>
        <w:br/>
        <w:t>Broj digitalnih zadataka ili pojmova: 15</w:t>
      </w:r>
    </w:p>
    <w:p w14:paraId="44312309" w14:textId="77777777" w:rsidR="00BC15E0" w:rsidRDefault="00000000">
      <w:pPr>
        <w:pStyle w:val="Naslov2"/>
      </w:pPr>
      <w:r>
        <w:t>Odgojno obrazovni ishod</w:t>
      </w:r>
    </w:p>
    <w:p w14:paraId="2C19E5FD" w14:textId="77777777" w:rsidR="00BC15E0" w:rsidRDefault="00000000">
      <w:r>
        <w:t>Učenik razumije i upotrebljava osnovne izraze za vremenske prilike i godišnja doba te jednostavnim rečenicama opisuje vrijeme i predlaže odgovarajuću aktivnost.</w:t>
      </w:r>
    </w:p>
    <w:p w14:paraId="7898ECF4" w14:textId="77777777" w:rsidR="00BC15E0" w:rsidRDefault="00000000">
      <w:pPr>
        <w:pStyle w:val="Naslov2"/>
      </w:pPr>
      <w:r>
        <w:t>Opis za javnu objavu</w:t>
      </w:r>
    </w:p>
    <w:p w14:paraId="1DC748E0" w14:textId="77777777" w:rsidR="00BC15E0" w:rsidRDefault="00000000">
      <w:r>
        <w:t>Učenici povezuju izraze za vrijeme i godišnja doba s hrvatskim značenjima, čitaju prognozu te razgovaraju o vremenu i aktivnostima.</w:t>
      </w:r>
    </w:p>
    <w:p w14:paraId="01437326" w14:textId="77777777" w:rsidR="00BC15E0" w:rsidRDefault="00000000">
      <w:pPr>
        <w:pStyle w:val="Naslov2"/>
      </w:pPr>
      <w:r>
        <w:t>Sadržaj za Wordwall</w:t>
      </w:r>
    </w:p>
    <w:p w14:paraId="13A52E02" w14:textId="77777777" w:rsidR="00BC15E0" w:rsidRDefault="00000000">
      <w:r>
        <w:t>Uputa: Associe chaque expression à sa traduction. / Poveži svaki izraz s njegovim prijevodom.</w:t>
      </w:r>
    </w:p>
    <w:p w14:paraId="4458C718" w14:textId="77777777" w:rsidR="00BC15E0" w:rsidRDefault="00000000">
      <w:pPr>
        <w:pStyle w:val="Naslov2"/>
      </w:pPr>
      <w:proofErr w:type="spellStart"/>
      <w:r>
        <w:t>Primjena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352"/>
      </w:tblGrid>
      <w:tr w:rsidR="00BC15E0" w14:paraId="10C3C8F0" w14:textId="77777777">
        <w:trPr>
          <w:cantSplit/>
          <w:tblHeader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DABDB6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Dan</w:t>
            </w:r>
          </w:p>
        </w:tc>
        <w:tc>
          <w:tcPr>
            <w:tcW w:w="8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ACA85E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Prognoza</w:t>
            </w:r>
          </w:p>
        </w:tc>
      </w:tr>
      <w:tr w:rsidR="00BC15E0" w14:paraId="6E10FC34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0047C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Lundi</w:t>
            </w:r>
          </w:p>
        </w:tc>
        <w:tc>
          <w:tcPr>
            <w:tcW w:w="8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CF482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fait beau. Il fait vingt degrés.</w:t>
            </w:r>
          </w:p>
        </w:tc>
      </w:tr>
      <w:tr w:rsidR="00BC15E0" w14:paraId="0C004ED4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A83B8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Mardi</w:t>
            </w:r>
          </w:p>
        </w:tc>
        <w:tc>
          <w:tcPr>
            <w:tcW w:w="8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00350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pleut. Il fait quinze degrés.</w:t>
            </w:r>
          </w:p>
        </w:tc>
      </w:tr>
      <w:tr w:rsidR="00BC15E0" w14:paraId="1FA7B3CF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DCCE7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Mercredi</w:t>
            </w:r>
          </w:p>
        </w:tc>
        <w:tc>
          <w:tcPr>
            <w:tcW w:w="8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EA897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y a du vent et des nuages.</w:t>
            </w:r>
          </w:p>
        </w:tc>
      </w:tr>
      <w:tr w:rsidR="00BC15E0" w14:paraId="4180A43D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A9CB0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Jeudi</w:t>
            </w:r>
          </w:p>
        </w:tc>
        <w:tc>
          <w:tcPr>
            <w:tcW w:w="8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E00DD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fait froid. Il fait cinq degrés.</w:t>
            </w:r>
          </w:p>
        </w:tc>
      </w:tr>
      <w:tr w:rsidR="00BC15E0" w14:paraId="6E2BCE6C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29808A" w14:textId="77777777" w:rsidR="00BC15E0" w:rsidRDefault="00000000">
            <w:pPr>
              <w:spacing w:before="20"/>
            </w:pPr>
            <w:r>
              <w:rPr>
                <w:sz w:val="19"/>
              </w:rPr>
              <w:t>Vendredi</w:t>
            </w:r>
          </w:p>
        </w:tc>
        <w:tc>
          <w:tcPr>
            <w:tcW w:w="8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3519CD" w14:textId="77777777" w:rsidR="00BC15E0" w:rsidRDefault="00000000">
            <w:pPr>
              <w:spacing w:before="20"/>
            </w:pPr>
            <w:r>
              <w:rPr>
                <w:sz w:val="19"/>
              </w:rPr>
              <w:t>Il y a du soleil. Il fait dix-huit degrés.</w:t>
            </w:r>
          </w:p>
        </w:tc>
      </w:tr>
    </w:tbl>
    <w:p w14:paraId="219AF64E" w14:textId="77777777" w:rsidR="00BC15E0" w:rsidRDefault="00BC15E0">
      <w:pPr>
        <w:spacing w:after="0" w:line="6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29D2F7B9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E7C58F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92D3C4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259833E4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762EC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Quel temps fait-il lundi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EE49F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fait beau.</w:t>
            </w:r>
          </w:p>
        </w:tc>
      </w:tr>
      <w:tr w:rsidR="00BC15E0" w14:paraId="2EC80A2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0B7D4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Quel jour est-ce qu’il pleut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D2099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pleut mardi.</w:t>
            </w:r>
          </w:p>
        </w:tc>
      </w:tr>
      <w:tr w:rsidR="00BC15E0" w14:paraId="2E25A84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39670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Quel temps fait-il mercredi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319B7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y a du vent et des nuages.</w:t>
            </w:r>
          </w:p>
        </w:tc>
      </w:tr>
      <w:tr w:rsidR="00BC15E0" w14:paraId="48795DB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B57E7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Quelle température fait-il jeudi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C075F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fait cinq degrés.</w:t>
            </w:r>
          </w:p>
        </w:tc>
      </w:tr>
      <w:tr w:rsidR="00BC15E0" w14:paraId="7AE72D7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0D140A" w14:textId="77777777" w:rsidR="00BC15E0" w:rsidRDefault="00000000">
            <w:pPr>
              <w:spacing w:before="20"/>
            </w:pPr>
            <w:r>
              <w:rPr>
                <w:sz w:val="19"/>
              </w:rPr>
              <w:t>Est-ce qu’il y a du soleil vendredi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C6A650" w14:textId="77777777" w:rsidR="00BC15E0" w:rsidRDefault="00000000">
            <w:pPr>
              <w:spacing w:before="20"/>
            </w:pPr>
            <w:r>
              <w:rPr>
                <w:sz w:val="19"/>
              </w:rPr>
              <w:t>Oui, il y a du soleil.</w:t>
            </w:r>
          </w:p>
        </w:tc>
      </w:tr>
    </w:tbl>
    <w:p w14:paraId="11C734DA" w14:textId="77777777" w:rsidR="00BC15E0" w:rsidRDefault="00BC15E0">
      <w:pPr>
        <w:spacing w:after="0" w:line="60" w:lineRule="exact"/>
      </w:pPr>
    </w:p>
    <w:p w14:paraId="224338C8" w14:textId="77777777" w:rsidR="00BC15E0" w:rsidRDefault="00000000">
      <w:pPr>
        <w:pStyle w:val="Naslov2"/>
      </w:pPr>
      <w:r>
        <w:t>Završna komunikacijska aktivnost</w:t>
      </w:r>
    </w:p>
    <w:p w14:paraId="07E6233B" w14:textId="77777777" w:rsidR="00BC15E0" w:rsidRDefault="00000000">
      <w:r>
        <w:t>Učenici odabiru vremensku priliku i predlažu aktivnost. Potpora: se promener — šetati; aller à la plage — ići na plažu; aller au cinéma — ići u kino; rester à la maison — ostati kod kuće; faire du ski — skijati.</w:t>
      </w:r>
    </w:p>
    <w:p w14:paraId="22E2485B" w14:textId="77777777" w:rsidR="00BC15E0" w:rsidRDefault="00000000">
      <w:pPr>
        <w:keepLines/>
      </w:pPr>
      <w:r>
        <w:t>— Quel temps fait-il aujourd’hui ?</w:t>
      </w:r>
      <w:r>
        <w:br/>
        <w:t>— Il fait beau et il fait chaud.</w:t>
      </w:r>
      <w:r>
        <w:br/>
        <w:t>— On va à la plage ?</w:t>
      </w:r>
      <w:r>
        <w:br/>
        <w:t>— Oui, bonne idée !</w:t>
      </w:r>
      <w:r>
        <w:br/>
        <w:t>— Il pleut. Qu’est-ce qu’on fait ?</w:t>
      </w:r>
      <w:r>
        <w:br/>
        <w:t>— On va au cinéma ?</w:t>
      </w:r>
      <w:r>
        <w:br/>
        <w:t>— D’accord !</w:t>
      </w:r>
    </w:p>
    <w:p w14:paraId="5DFE8E31" w14:textId="77777777" w:rsidR="00BC15E0" w:rsidRDefault="00000000">
      <w:r>
        <w:t>Prijevod: Kakvo je vrijeme danas? — Lijepo je i vruće. — Hoćemo li na plažu? — Da, dobra ideja!</w:t>
      </w:r>
      <w:r>
        <w:br/>
        <w:t>Pada kiša. Što ćemo raditi? — Hoćemo li u kino? — Može!</w:t>
      </w:r>
    </w:p>
    <w:p w14:paraId="09A1E46A" w14:textId="77777777" w:rsidR="00BC15E0" w:rsidRDefault="00000000">
      <w:r>
        <w:t>Na kraju učenik piše tri rečenice o omiljenom godišnjem dobu: J’aime l’été. En été, il fait souvent chaud. Je vais à la plage avec mes amis.</w:t>
      </w:r>
    </w:p>
    <w:p w14:paraId="22C47E97" w14:textId="77777777" w:rsidR="00BC15E0" w:rsidRDefault="00000000">
      <w:pPr>
        <w:pStyle w:val="Naslov2"/>
      </w:pPr>
      <w:r>
        <w:lastRenderedPageBreak/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059A93E9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3936A7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F28FAB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7E5549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0D64E651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90293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548C5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9864E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624D329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45B7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9593E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57330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4298A10B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999FCB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414A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E8FF5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453C97C3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67072C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8B1D9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FA23D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55DC2C6C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96EC5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F5403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AD2E7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1831D61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1170E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FE5C8A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30D5B4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0E0AD48E" w14:textId="77777777" w:rsidR="00BC15E0" w:rsidRDefault="00BC15E0">
      <w:pPr>
        <w:spacing w:after="0" w:line="60" w:lineRule="exact"/>
      </w:pPr>
    </w:p>
    <w:p w14:paraId="5088F58C" w14:textId="77777777" w:rsidR="00BC15E0" w:rsidRDefault="00000000">
      <w:pPr>
        <w:pStyle w:val="Naslov2"/>
      </w:pPr>
      <w:r>
        <w:t>Metodička napomena</w:t>
      </w:r>
    </w:p>
    <w:p w14:paraId="3140CAE9" w14:textId="77777777" w:rsidR="00BC15E0" w:rsidRDefault="00000000">
      <w:r>
        <w:t>Na A1 učenici koriste tablicu i dijalog. Na A2 dodaju obrazloženje: On reste à la maison parce qu’il pleut. Prati se razlikovanje il fait, il y a, il pleut i il neige.</w:t>
      </w:r>
    </w:p>
    <w:p w14:paraId="1DB51853" w14:textId="18DF4912" w:rsidR="00BC15E0" w:rsidRDefault="00000000">
      <w:r>
        <w:t xml:space="preserve">Poveznica na interaktivnu aktivnost: </w:t>
      </w:r>
      <w:hyperlink r:id="rId21" w:history="1">
        <w:r w:rsidR="00D15B2D" w:rsidRPr="000870C8">
          <w:rPr>
            <w:rStyle w:val="Hiperveza"/>
          </w:rPr>
          <w:t>https://wordwall.net/hr/resource/120724368/quel-temps-fait-il</w:t>
        </w:r>
      </w:hyperlink>
      <w:r w:rsidR="00D15B2D">
        <w:t xml:space="preserve"> </w:t>
      </w:r>
      <w:r>
        <w:br/>
      </w:r>
    </w:p>
    <w:p w14:paraId="4772ED29" w14:textId="77777777" w:rsidR="00BC15E0" w:rsidRDefault="00000000">
      <w:pPr>
        <w:pStyle w:val="Naslov1"/>
        <w:pageBreakBefore/>
      </w:pPr>
      <w:r>
        <w:lastRenderedPageBreak/>
        <w:t>13 On part en voyage</w:t>
      </w:r>
    </w:p>
    <w:p w14:paraId="1F0122E6" w14:textId="77777777" w:rsidR="00BC15E0" w:rsidRDefault="00000000">
      <w:r>
        <w:t>Razina: A1–A2</w:t>
      </w:r>
      <w:r>
        <w:br/>
        <w:t>Tema: Prijevoz, kupnja karte i smještaj u hotelu</w:t>
      </w:r>
      <w:r>
        <w:br/>
        <w:t>Opseg: 1 nastavni sat (45 minuta)</w:t>
      </w:r>
      <w:r>
        <w:br/>
        <w:t>Predložak: Quiz</w:t>
      </w:r>
      <w:r>
        <w:br/>
        <w:t>Broj digitalnih zadataka ili pojmova: 15</w:t>
      </w:r>
    </w:p>
    <w:p w14:paraId="09A4A5B4" w14:textId="77777777" w:rsidR="00BC15E0" w:rsidRDefault="00000000">
      <w:pPr>
        <w:pStyle w:val="Naslov2"/>
      </w:pPr>
      <w:r>
        <w:t>Odgojno obrazovni ishod</w:t>
      </w:r>
    </w:p>
    <w:p w14:paraId="0C759D32" w14:textId="77777777" w:rsidR="00BC15E0" w:rsidRDefault="00000000">
      <w:r>
        <w:t>Učenik razumije osnovne informacije povezane s putovanjem te sudjeluje u kratkim razgovorima pri kupnji prijevozne karte i prijavi u hotel.</w:t>
      </w:r>
    </w:p>
    <w:p w14:paraId="171C407D" w14:textId="77777777" w:rsidR="00BC15E0" w:rsidRDefault="00000000">
      <w:pPr>
        <w:pStyle w:val="Naslov2"/>
      </w:pPr>
      <w:r>
        <w:t>Opis za javnu objavu</w:t>
      </w:r>
    </w:p>
    <w:p w14:paraId="31E2AD2A" w14:textId="77777777" w:rsidR="00BC15E0" w:rsidRDefault="00000000">
      <w:r>
        <w:t>Učenici prepoznaju vokabular za putovanje i hotel, čitaju podatke o putovanju te uvježbavaju razgovor na kolodvoru ili hotelskoj recepciji.</w:t>
      </w:r>
    </w:p>
    <w:p w14:paraId="6019EF1C" w14:textId="77777777" w:rsidR="00BC15E0" w:rsidRDefault="00000000">
      <w:pPr>
        <w:pStyle w:val="Naslov2"/>
      </w:pPr>
      <w:r>
        <w:t>Sadržaj za Wordwall</w:t>
      </w:r>
    </w:p>
    <w:p w14:paraId="5DF6F09E" w14:textId="77777777" w:rsidR="00BC15E0" w:rsidRDefault="00000000">
      <w:r>
        <w:t>Uputa: Lis chaque question et choisis la bonne réponse. / Pročitaj svako pitanje i odaberi točan odgovor.</w:t>
      </w:r>
    </w:p>
    <w:p w14:paraId="42CE3EA1" w14:textId="77777777" w:rsidR="00BC15E0" w:rsidRDefault="00000000">
      <w:pPr>
        <w:pStyle w:val="Naslov2"/>
      </w:pPr>
      <w:proofErr w:type="spellStart"/>
      <w:r>
        <w:t>Vocabulaire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4E6811D9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457622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Francuski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D1F9C6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Hrvatski</w:t>
            </w:r>
          </w:p>
        </w:tc>
      </w:tr>
      <w:tr w:rsidR="00BC15E0" w14:paraId="6C94F1CA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1817C" w14:textId="77777777" w:rsidR="00BC15E0" w:rsidRDefault="00000000">
            <w:pPr>
              <w:spacing w:before="20"/>
            </w:pPr>
            <w:r>
              <w:rPr>
                <w:sz w:val="19"/>
              </w:rPr>
              <w:t>un billet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128BF" w14:textId="77777777" w:rsidR="00BC15E0" w:rsidRDefault="00000000">
            <w:pPr>
              <w:spacing w:before="20"/>
            </w:pPr>
            <w:r>
              <w:rPr>
                <w:sz w:val="19"/>
              </w:rPr>
              <w:t>karta</w:t>
            </w:r>
          </w:p>
        </w:tc>
      </w:tr>
      <w:tr w:rsidR="00BC15E0" w14:paraId="717107F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0CBA63" w14:textId="77777777" w:rsidR="00BC15E0" w:rsidRDefault="00000000">
            <w:pPr>
              <w:spacing w:before="20"/>
            </w:pPr>
            <w:r>
              <w:rPr>
                <w:sz w:val="19"/>
              </w:rPr>
              <w:t>un aller simple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571FEF" w14:textId="77777777" w:rsidR="00BC15E0" w:rsidRDefault="00000000">
            <w:pPr>
              <w:spacing w:before="20"/>
            </w:pPr>
            <w:r>
              <w:rPr>
                <w:sz w:val="19"/>
              </w:rPr>
              <w:t>karta u jednom smjeru</w:t>
            </w:r>
          </w:p>
        </w:tc>
      </w:tr>
      <w:tr w:rsidR="00BC15E0" w14:paraId="27D186F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4B570A" w14:textId="77777777" w:rsidR="00BC15E0" w:rsidRDefault="00000000">
            <w:pPr>
              <w:spacing w:before="20"/>
            </w:pPr>
            <w:r>
              <w:rPr>
                <w:sz w:val="19"/>
              </w:rPr>
              <w:t>un aller-retour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56D90D" w14:textId="77777777" w:rsidR="00BC15E0" w:rsidRDefault="00000000">
            <w:pPr>
              <w:spacing w:before="20"/>
            </w:pPr>
            <w:r>
              <w:rPr>
                <w:sz w:val="19"/>
              </w:rPr>
              <w:t>povratna karta</w:t>
            </w:r>
          </w:p>
        </w:tc>
      </w:tr>
      <w:tr w:rsidR="00BC15E0" w14:paraId="3A5AAB6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3370E6" w14:textId="77777777" w:rsidR="00BC15E0" w:rsidRDefault="00000000">
            <w:pPr>
              <w:spacing w:before="20"/>
            </w:pPr>
            <w:r>
              <w:rPr>
                <w:sz w:val="19"/>
              </w:rPr>
              <w:t>le départ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7EDFC0" w14:textId="77777777" w:rsidR="00BC15E0" w:rsidRDefault="00000000">
            <w:pPr>
              <w:spacing w:before="20"/>
            </w:pPr>
            <w:r>
              <w:rPr>
                <w:sz w:val="19"/>
              </w:rPr>
              <w:t>polazak</w:t>
            </w:r>
          </w:p>
        </w:tc>
      </w:tr>
      <w:tr w:rsidR="00BC15E0" w14:paraId="649A5879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6F7D44" w14:textId="77777777" w:rsidR="00BC15E0" w:rsidRDefault="00000000">
            <w:pPr>
              <w:spacing w:before="20"/>
            </w:pPr>
            <w:r>
              <w:rPr>
                <w:sz w:val="19"/>
              </w:rPr>
              <w:t>l’arrivée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257F88" w14:textId="77777777" w:rsidR="00BC15E0" w:rsidRDefault="00000000">
            <w:pPr>
              <w:spacing w:before="20"/>
            </w:pPr>
            <w:r>
              <w:rPr>
                <w:sz w:val="19"/>
              </w:rPr>
              <w:t>dolazak</w:t>
            </w:r>
          </w:p>
        </w:tc>
      </w:tr>
      <w:tr w:rsidR="00BC15E0" w14:paraId="0ACB2B39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411285" w14:textId="77777777" w:rsidR="00BC15E0" w:rsidRDefault="00000000">
            <w:pPr>
              <w:spacing w:before="20"/>
            </w:pPr>
            <w:r>
              <w:rPr>
                <w:sz w:val="19"/>
              </w:rPr>
              <w:t>le quai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035C2" w14:textId="77777777" w:rsidR="00BC15E0" w:rsidRDefault="00000000">
            <w:pPr>
              <w:spacing w:before="20"/>
            </w:pPr>
            <w:r>
              <w:rPr>
                <w:sz w:val="19"/>
              </w:rPr>
              <w:t>peron</w:t>
            </w:r>
          </w:p>
        </w:tc>
      </w:tr>
      <w:tr w:rsidR="00BC15E0" w14:paraId="10F6A08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45D1B8" w14:textId="77777777" w:rsidR="00BC15E0" w:rsidRDefault="00000000">
            <w:pPr>
              <w:spacing w:before="20"/>
            </w:pPr>
            <w:r>
              <w:rPr>
                <w:sz w:val="19"/>
              </w:rPr>
              <w:t>une valise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8B5989" w14:textId="77777777" w:rsidR="00BC15E0" w:rsidRDefault="00000000">
            <w:pPr>
              <w:spacing w:before="20"/>
            </w:pPr>
            <w:r>
              <w:rPr>
                <w:sz w:val="19"/>
              </w:rPr>
              <w:t>kovčeg</w:t>
            </w:r>
          </w:p>
        </w:tc>
      </w:tr>
      <w:tr w:rsidR="00BC15E0" w14:paraId="6F4C40D4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78567E" w14:textId="77777777" w:rsidR="00BC15E0" w:rsidRDefault="00000000">
            <w:pPr>
              <w:spacing w:before="20"/>
            </w:pPr>
            <w:r>
              <w:rPr>
                <w:sz w:val="19"/>
              </w:rPr>
              <w:t>une réservation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9B139E" w14:textId="77777777" w:rsidR="00BC15E0" w:rsidRDefault="00000000">
            <w:pPr>
              <w:spacing w:before="20"/>
            </w:pPr>
            <w:r>
              <w:rPr>
                <w:sz w:val="19"/>
              </w:rPr>
              <w:t>rezervacija</w:t>
            </w:r>
          </w:p>
        </w:tc>
      </w:tr>
      <w:tr w:rsidR="00BC15E0" w14:paraId="226C2FE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5FFA34" w14:textId="77777777" w:rsidR="00BC15E0" w:rsidRDefault="00000000">
            <w:pPr>
              <w:spacing w:before="20"/>
            </w:pPr>
            <w:r>
              <w:rPr>
                <w:sz w:val="19"/>
              </w:rPr>
              <w:t>une chambre individuelle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0E7A08" w14:textId="77777777" w:rsidR="00BC15E0" w:rsidRDefault="00000000">
            <w:pPr>
              <w:spacing w:before="20"/>
            </w:pPr>
            <w:r>
              <w:rPr>
                <w:sz w:val="19"/>
              </w:rPr>
              <w:t>jednokrevetna soba</w:t>
            </w:r>
          </w:p>
        </w:tc>
      </w:tr>
      <w:tr w:rsidR="00BC15E0" w14:paraId="2A6D7E9A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707E4" w14:textId="77777777" w:rsidR="00BC15E0" w:rsidRDefault="00000000">
            <w:pPr>
              <w:spacing w:before="20"/>
            </w:pPr>
            <w:r>
              <w:rPr>
                <w:sz w:val="19"/>
              </w:rPr>
              <w:t>une chambre double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766E2D" w14:textId="77777777" w:rsidR="00BC15E0" w:rsidRDefault="00000000">
            <w:pPr>
              <w:spacing w:before="20"/>
            </w:pPr>
            <w:r>
              <w:rPr>
                <w:sz w:val="19"/>
              </w:rPr>
              <w:t>dvokrevetna soba</w:t>
            </w:r>
          </w:p>
        </w:tc>
      </w:tr>
      <w:tr w:rsidR="00BC15E0" w14:paraId="04F5585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9EB402" w14:textId="77777777" w:rsidR="00BC15E0" w:rsidRDefault="00000000">
            <w:pPr>
              <w:spacing w:before="20"/>
            </w:pPr>
            <w:r>
              <w:rPr>
                <w:sz w:val="19"/>
              </w:rPr>
              <w:t>une nuit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6C974D" w14:textId="77777777" w:rsidR="00BC15E0" w:rsidRDefault="00000000">
            <w:pPr>
              <w:spacing w:before="20"/>
            </w:pPr>
            <w:r>
              <w:rPr>
                <w:sz w:val="19"/>
              </w:rPr>
              <w:t>noćenje</w:t>
            </w:r>
          </w:p>
        </w:tc>
      </w:tr>
      <w:tr w:rsidR="00BC15E0" w14:paraId="7220CAC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BB722" w14:textId="77777777" w:rsidR="00BC15E0" w:rsidRDefault="00000000">
            <w:pPr>
              <w:spacing w:before="20"/>
            </w:pPr>
            <w:r>
              <w:rPr>
                <w:sz w:val="19"/>
              </w:rPr>
              <w:t>le petit-déjeuner est compris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BD7AE8" w14:textId="77777777" w:rsidR="00BC15E0" w:rsidRDefault="00000000">
            <w:pPr>
              <w:spacing w:before="20"/>
            </w:pPr>
            <w:r>
              <w:rPr>
                <w:sz w:val="19"/>
              </w:rPr>
              <w:t>doručak je uključen</w:t>
            </w:r>
          </w:p>
        </w:tc>
      </w:tr>
      <w:tr w:rsidR="00BC15E0" w14:paraId="3F831F4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12756" w14:textId="77777777" w:rsidR="00BC15E0" w:rsidRDefault="00000000">
            <w:pPr>
              <w:spacing w:before="20"/>
            </w:pPr>
            <w:r>
              <w:rPr>
                <w:sz w:val="19"/>
              </w:rPr>
              <w:t>la clé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1EFAAB" w14:textId="77777777" w:rsidR="00BC15E0" w:rsidRDefault="00000000">
            <w:pPr>
              <w:spacing w:before="20"/>
            </w:pPr>
            <w:r>
              <w:rPr>
                <w:sz w:val="19"/>
              </w:rPr>
              <w:t>ključ</w:t>
            </w:r>
          </w:p>
        </w:tc>
      </w:tr>
      <w:tr w:rsidR="00BC15E0" w14:paraId="1F5515BA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4BB1F" w14:textId="77777777" w:rsidR="00BC15E0" w:rsidRDefault="00000000">
            <w:pPr>
              <w:spacing w:before="20"/>
            </w:pPr>
            <w:r>
              <w:rPr>
                <w:sz w:val="19"/>
              </w:rPr>
              <w:t>le rez-de-chaussée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9B5692" w14:textId="77777777" w:rsidR="00BC15E0" w:rsidRDefault="00000000">
            <w:pPr>
              <w:spacing w:before="20"/>
            </w:pPr>
            <w:r>
              <w:rPr>
                <w:sz w:val="19"/>
              </w:rPr>
              <w:t>prizemlje</w:t>
            </w:r>
          </w:p>
        </w:tc>
      </w:tr>
      <w:tr w:rsidR="00BC15E0" w14:paraId="787D7E0E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F4F9F" w14:textId="77777777" w:rsidR="00BC15E0" w:rsidRDefault="00000000">
            <w:pPr>
              <w:spacing w:before="20"/>
            </w:pPr>
            <w:r>
              <w:rPr>
                <w:sz w:val="19"/>
              </w:rPr>
              <w:t>un étage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0E5271" w14:textId="77777777" w:rsidR="00BC15E0" w:rsidRDefault="00000000">
            <w:pPr>
              <w:spacing w:before="20"/>
            </w:pPr>
            <w:r>
              <w:rPr>
                <w:sz w:val="19"/>
              </w:rPr>
              <w:t>kat</w:t>
            </w:r>
          </w:p>
        </w:tc>
      </w:tr>
    </w:tbl>
    <w:p w14:paraId="0159EA75" w14:textId="77777777" w:rsidR="00BC15E0" w:rsidRDefault="00BC15E0">
      <w:pPr>
        <w:spacing w:after="0" w:line="60" w:lineRule="exact"/>
      </w:pPr>
    </w:p>
    <w:p w14:paraId="71843848" w14:textId="77777777" w:rsidR="00BC15E0" w:rsidRDefault="00000000">
      <w:pPr>
        <w:pStyle w:val="Naslov2"/>
      </w:pPr>
      <w:r>
        <w:t>Primjena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3F226640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7021AF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Podatak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C921CD" w14:textId="77777777" w:rsidR="00BC15E0" w:rsidRDefault="00000000">
            <w:pPr>
              <w:spacing w:before="20"/>
            </w:pPr>
            <w:r>
              <w:rPr>
                <w:b/>
                <w:sz w:val="19"/>
              </w:rPr>
              <w:t>Informacija</w:t>
            </w:r>
          </w:p>
        </w:tc>
      </w:tr>
      <w:tr w:rsidR="00BC15E0" w14:paraId="631CA54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B9889C" w14:textId="77777777" w:rsidR="00BC15E0" w:rsidRDefault="00000000">
            <w:pPr>
              <w:spacing w:before="20"/>
            </w:pPr>
            <w:r>
              <w:rPr>
                <w:sz w:val="19"/>
              </w:rPr>
              <w:t>Départ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A8211" w14:textId="77777777" w:rsidR="00BC15E0" w:rsidRDefault="00000000">
            <w:pPr>
              <w:spacing w:before="20"/>
            </w:pPr>
            <w:r>
              <w:rPr>
                <w:sz w:val="19"/>
              </w:rPr>
              <w:t>Paris, 9 h 15</w:t>
            </w:r>
          </w:p>
        </w:tc>
      </w:tr>
      <w:tr w:rsidR="00BC15E0" w14:paraId="1CE969E0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FCC212" w14:textId="77777777" w:rsidR="00BC15E0" w:rsidRDefault="00000000">
            <w:pPr>
              <w:spacing w:before="20"/>
            </w:pPr>
            <w:r>
              <w:rPr>
                <w:sz w:val="19"/>
              </w:rPr>
              <w:t>Arrivée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AE185C" w14:textId="77777777" w:rsidR="00BC15E0" w:rsidRDefault="00000000">
            <w:pPr>
              <w:spacing w:before="20"/>
            </w:pPr>
            <w:r>
              <w:rPr>
                <w:sz w:val="19"/>
              </w:rPr>
              <w:t>Lyon, 11 h 15</w:t>
            </w:r>
          </w:p>
        </w:tc>
      </w:tr>
      <w:tr w:rsidR="00BC15E0" w14:paraId="15627373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8F71CB" w14:textId="77777777" w:rsidR="00BC15E0" w:rsidRDefault="00000000">
            <w:pPr>
              <w:spacing w:before="20"/>
            </w:pPr>
            <w:r>
              <w:rPr>
                <w:sz w:val="19"/>
              </w:rPr>
              <w:t>Quai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D5429" w14:textId="77777777" w:rsidR="00BC15E0" w:rsidRDefault="00000000">
            <w:pPr>
              <w:spacing w:before="20"/>
            </w:pPr>
            <w:r>
              <w:rPr>
                <w:sz w:val="19"/>
              </w:rPr>
              <w:t>6</w:t>
            </w:r>
          </w:p>
        </w:tc>
      </w:tr>
      <w:tr w:rsidR="00BC15E0" w14:paraId="2760BFFC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F3D259" w14:textId="77777777" w:rsidR="00BC15E0" w:rsidRDefault="00000000">
            <w:pPr>
              <w:spacing w:before="20"/>
            </w:pPr>
            <w:r>
              <w:rPr>
                <w:sz w:val="19"/>
              </w:rPr>
              <w:t>Billet aller simple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D99CCA" w14:textId="77777777" w:rsidR="00BC15E0" w:rsidRDefault="00000000">
            <w:pPr>
              <w:spacing w:before="20"/>
            </w:pPr>
            <w:r>
              <w:rPr>
                <w:sz w:val="19"/>
              </w:rPr>
              <w:t>35 €</w:t>
            </w:r>
          </w:p>
        </w:tc>
      </w:tr>
      <w:tr w:rsidR="00BC15E0" w14:paraId="7719BD4C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B1EEC7" w14:textId="77777777" w:rsidR="00BC15E0" w:rsidRDefault="00000000">
            <w:pPr>
              <w:spacing w:before="20"/>
            </w:pPr>
            <w:r>
              <w:rPr>
                <w:sz w:val="19"/>
              </w:rPr>
              <w:t>Hôtel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222607" w14:textId="77777777" w:rsidR="00BC15E0" w:rsidRDefault="00000000">
            <w:pPr>
              <w:spacing w:before="20"/>
            </w:pPr>
            <w:r>
              <w:rPr>
                <w:sz w:val="19"/>
              </w:rPr>
              <w:t>Hôtel du Parc</w:t>
            </w:r>
          </w:p>
        </w:tc>
      </w:tr>
      <w:tr w:rsidR="00BC15E0" w14:paraId="0BDC7985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7FF5E3" w14:textId="77777777" w:rsidR="00BC15E0" w:rsidRDefault="00000000">
            <w:pPr>
              <w:spacing w:before="20"/>
            </w:pPr>
            <w:r>
              <w:rPr>
                <w:sz w:val="19"/>
              </w:rPr>
              <w:lastRenderedPageBreak/>
              <w:t>Séjour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08C0E3" w14:textId="77777777" w:rsidR="00BC15E0" w:rsidRDefault="00000000">
            <w:pPr>
              <w:spacing w:before="20"/>
            </w:pPr>
            <w:r>
              <w:rPr>
                <w:sz w:val="19"/>
              </w:rPr>
              <w:t>2 nuits</w:t>
            </w:r>
          </w:p>
        </w:tc>
      </w:tr>
      <w:tr w:rsidR="00BC15E0" w14:paraId="3C156F91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E8782" w14:textId="77777777" w:rsidR="00BC15E0" w:rsidRDefault="00000000">
            <w:pPr>
              <w:spacing w:before="20"/>
            </w:pPr>
            <w:r>
              <w:rPr>
                <w:sz w:val="19"/>
              </w:rPr>
              <w:t>Chambre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1155CD" w14:textId="77777777" w:rsidR="00BC15E0" w:rsidRDefault="00000000">
            <w:pPr>
              <w:spacing w:before="20"/>
            </w:pPr>
            <w:r>
              <w:rPr>
                <w:sz w:val="19"/>
              </w:rPr>
              <w:t>70 € par nuit</w:t>
            </w:r>
          </w:p>
        </w:tc>
      </w:tr>
      <w:tr w:rsidR="00BC15E0" w14:paraId="6AB7520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5DC34" w14:textId="77777777" w:rsidR="00BC15E0" w:rsidRDefault="00000000">
            <w:pPr>
              <w:spacing w:before="20"/>
            </w:pPr>
            <w:r>
              <w:rPr>
                <w:sz w:val="19"/>
              </w:rPr>
              <w:t>Petit-déjeuner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D7827" w14:textId="77777777" w:rsidR="00BC15E0" w:rsidRDefault="00000000">
            <w:pPr>
              <w:spacing w:before="20"/>
            </w:pPr>
            <w:r>
              <w:rPr>
                <w:sz w:val="19"/>
              </w:rPr>
              <w:t>Compris</w:t>
            </w:r>
          </w:p>
        </w:tc>
      </w:tr>
    </w:tbl>
    <w:p w14:paraId="15D29290" w14:textId="77777777" w:rsidR="00BC15E0" w:rsidRDefault="00BC15E0">
      <w:pPr>
        <w:spacing w:after="0" w:line="6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35388CD0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4D64BF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1EC357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5D5D245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7EE7D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part le train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9132F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part à neuf heures quinze.</w:t>
            </w:r>
          </w:p>
        </w:tc>
      </w:tr>
      <w:tr w:rsidR="00BC15E0" w14:paraId="606E8B87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480C0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À quelle heure arrive le train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0329F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arrive à onze heures quinze.</w:t>
            </w:r>
          </w:p>
        </w:tc>
      </w:tr>
      <w:tr w:rsidR="00BC15E0" w14:paraId="3C2A5846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EB91D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De quel quai part le train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77A4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part du quai six.</w:t>
            </w:r>
          </w:p>
        </w:tc>
      </w:tr>
      <w:tr w:rsidR="00BC15E0" w14:paraId="29E0C6C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89398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Combien coûte le billet aller simple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71413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Il coûte trente-cinq euros.</w:t>
            </w:r>
          </w:p>
        </w:tc>
      </w:tr>
      <w:tr w:rsidR="00BC15E0" w14:paraId="67BF3903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35D52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Combien coûtent deux nuits à l’hôtel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3ED00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Elles coûtent cent quarante euros.</w:t>
            </w:r>
          </w:p>
        </w:tc>
      </w:tr>
      <w:tr w:rsidR="00BC15E0" w14:paraId="0F088574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FB2931" w14:textId="77777777" w:rsidR="00BC15E0" w:rsidRDefault="00000000">
            <w:pPr>
              <w:spacing w:before="20"/>
            </w:pPr>
            <w:r>
              <w:rPr>
                <w:sz w:val="19"/>
              </w:rPr>
              <w:t>Le petit-déjeuner est compris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8155E" w14:textId="77777777" w:rsidR="00BC15E0" w:rsidRDefault="00000000">
            <w:pPr>
              <w:spacing w:before="20"/>
            </w:pPr>
            <w:r>
              <w:rPr>
                <w:sz w:val="19"/>
              </w:rPr>
              <w:t>Oui, le petit-déjeuner est compris.</w:t>
            </w:r>
          </w:p>
        </w:tc>
      </w:tr>
    </w:tbl>
    <w:p w14:paraId="54F45F7F" w14:textId="77777777" w:rsidR="00BC15E0" w:rsidRDefault="00BC15E0">
      <w:pPr>
        <w:spacing w:after="0" w:line="60" w:lineRule="exact"/>
      </w:pPr>
    </w:p>
    <w:p w14:paraId="3E00795B" w14:textId="77777777" w:rsidR="00BC15E0" w:rsidRDefault="00000000">
      <w:pPr>
        <w:pStyle w:val="Naslov2"/>
      </w:pPr>
      <w:r>
        <w:t>Završna komunikacijska aktivnost</w:t>
      </w:r>
    </w:p>
    <w:p w14:paraId="333C7951" w14:textId="77777777" w:rsidR="00BC15E0" w:rsidRDefault="00000000">
      <w:r>
        <w:t>Učenici izmjenjuju uloge gosta i recepcionara. Koriste podatke iz tablice, a broj sobe i kat sami odabiru.</w:t>
      </w:r>
    </w:p>
    <w:p w14:paraId="3206E96D" w14:textId="77777777" w:rsidR="00BC15E0" w:rsidRDefault="00000000">
      <w:pPr>
        <w:keepLines/>
      </w:pPr>
      <w:r>
        <w:t>— Bonjour, j’ai une réservation au nom de Martin.</w:t>
      </w:r>
      <w:r>
        <w:br/>
        <w:t>— Bonjour ! Pour deux nuits ?</w:t>
      </w:r>
      <w:r>
        <w:br/>
        <w:t>— Oui, c’est ça.</w:t>
      </w:r>
      <w:r>
        <w:br/>
        <w:t>— Voici votre clé. Vous avez la chambre douze, au premier étage.</w:t>
      </w:r>
      <w:r>
        <w:br/>
        <w:t>— Merci. Le petit-déjeuner est compris ?</w:t>
      </w:r>
      <w:r>
        <w:br/>
        <w:t>— Oui, il est compris.</w:t>
      </w:r>
      <w:r>
        <w:br/>
        <w:t>— À quelle heure est le petit-déjeuner ?</w:t>
      </w:r>
      <w:r>
        <w:br/>
        <w:t>— De sept heures à dix heures.</w:t>
      </w:r>
      <w:r>
        <w:br/>
        <w:t>— Très bien, merci.</w:t>
      </w:r>
      <w:r>
        <w:br/>
        <w:t>— Bon séjour !</w:t>
      </w:r>
    </w:p>
    <w:p w14:paraId="7E6C292A" w14:textId="77777777" w:rsidR="00BC15E0" w:rsidRDefault="00000000">
      <w:pPr>
        <w:pStyle w:val="Naslov2"/>
      </w:pPr>
      <w:proofErr w:type="spellStart"/>
      <w:r>
        <w:t>Tijek</w:t>
      </w:r>
      <w:proofErr w:type="spellEnd"/>
      <w:r>
        <w:t xml:space="preserve"> </w:t>
      </w:r>
      <w:proofErr w:type="spellStart"/>
      <w:r>
        <w:t>nastavnog</w:t>
      </w:r>
      <w:proofErr w:type="spellEnd"/>
      <w:r>
        <w:t xml:space="preserve"> </w:t>
      </w:r>
      <w:proofErr w:type="spellStart"/>
      <w:r>
        <w:t>sata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61A83297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741F01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D62ED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CF16BD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5F935D0C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A9B43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73179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5BE60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4A5A7117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58767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083F6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761D9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7DA37C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B1588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9DC60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C1C61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6C75D832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99AC32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6FE62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DC9CB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28B1E56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F3F8B0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861F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2F51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47018F3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B9622D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F82B12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991965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4B79F346" w14:textId="77777777" w:rsidR="00BC15E0" w:rsidRDefault="00BC15E0">
      <w:pPr>
        <w:spacing w:after="0" w:line="60" w:lineRule="exact"/>
      </w:pPr>
    </w:p>
    <w:p w14:paraId="2076ABD5" w14:textId="77777777" w:rsidR="00BC15E0" w:rsidRDefault="00000000">
      <w:pPr>
        <w:pStyle w:val="Naslov2"/>
      </w:pPr>
      <w:r>
        <w:t>Metodička napomena</w:t>
      </w:r>
    </w:p>
    <w:p w14:paraId="03AAD756" w14:textId="77777777" w:rsidR="00BC15E0" w:rsidRDefault="00000000">
      <w:r>
        <w:t>Na A1 koriste se podatci i model. Na A2 učenici mijenjaju odredište, vrijeme polaska i trajanje boravka, dodaju pitanje o Wi-Fi mreži ili razgovor pri kupnji karte. Un aller simple, un aller-retour i au nom de usvajaju se kao cjeline.</w:t>
      </w:r>
    </w:p>
    <w:p w14:paraId="4C13A042" w14:textId="1CC1ACF2" w:rsidR="00BC15E0" w:rsidRDefault="00000000">
      <w:r>
        <w:t xml:space="preserve">Poveznica na interaktivnu aktivnost: </w:t>
      </w:r>
      <w:hyperlink r:id="rId22" w:history="1">
        <w:r w:rsidR="00D15B2D" w:rsidRPr="000870C8">
          <w:rPr>
            <w:rStyle w:val="Hiperveza"/>
          </w:rPr>
          <w:t>https://wordwall.net/hr/resource/120724612/on-part-en-voyage</w:t>
        </w:r>
      </w:hyperlink>
      <w:r w:rsidR="00D15B2D">
        <w:t xml:space="preserve"> </w:t>
      </w:r>
      <w:r>
        <w:br/>
      </w:r>
    </w:p>
    <w:p w14:paraId="27F7EFA6" w14:textId="21DAE3CE" w:rsidR="00BC15E0" w:rsidRDefault="00000000">
      <w:pPr>
        <w:pStyle w:val="Naslov1"/>
        <w:pageBreakBefore/>
      </w:pPr>
      <w:r>
        <w:lastRenderedPageBreak/>
        <w:t>14 Hier</w:t>
      </w:r>
      <w:r w:rsidR="00CD5033">
        <w:t>,</w:t>
      </w:r>
      <w:r>
        <w:t xml:space="preserve"> </w:t>
      </w:r>
      <w:proofErr w:type="spellStart"/>
      <w:r>
        <w:t>j’ai</w:t>
      </w:r>
      <w:proofErr w:type="spellEnd"/>
      <w:r w:rsidR="00CD5033">
        <w:t>…</w:t>
      </w:r>
    </w:p>
    <w:p w14:paraId="6DB18DD1" w14:textId="77777777" w:rsidR="00BC15E0" w:rsidRDefault="00000000">
      <w:r>
        <w:t>Razina: A2</w:t>
      </w:r>
      <w:r>
        <w:br/>
        <w:t>Tema: Passé composé, opisivanje prošlih aktivnosti</w:t>
      </w:r>
      <w:r>
        <w:br/>
        <w:t>Opseg: 1 nastavni sat (45 minuta)</w:t>
      </w:r>
      <w:r>
        <w:br/>
        <w:t>Predložak: Unjumble</w:t>
      </w:r>
      <w:r>
        <w:br/>
        <w:t>Broj digitalnih zadataka ili pojmova: 15</w:t>
      </w:r>
    </w:p>
    <w:p w14:paraId="4F9A74F3" w14:textId="77777777" w:rsidR="00BC15E0" w:rsidRDefault="00000000">
      <w:pPr>
        <w:pStyle w:val="Naslov2"/>
      </w:pPr>
      <w:r>
        <w:t>Odgojno obrazovni ishod</w:t>
      </w:r>
    </w:p>
    <w:p w14:paraId="73856903" w14:textId="77777777" w:rsidR="00BC15E0" w:rsidRDefault="00000000">
      <w:r>
        <w:t>Učenik razumije i oblikuje jednostavne rečenice u passé composéu te kratko opisuje aktivnosti iz prethodnoga dana ili vikenda.</w:t>
      </w:r>
    </w:p>
    <w:p w14:paraId="601A9704" w14:textId="77777777" w:rsidR="00BC15E0" w:rsidRDefault="00000000">
      <w:pPr>
        <w:pStyle w:val="Naslov2"/>
      </w:pPr>
      <w:r>
        <w:t>Opis za javnu objavu</w:t>
      </w:r>
    </w:p>
    <w:p w14:paraId="77206943" w14:textId="77777777" w:rsidR="00BC15E0" w:rsidRDefault="00000000">
      <w:r>
        <w:t>Učenici slažu riječi u rečenice o prošlim radnjama. Uvježbavaju passé composé s avoir i être te opisuju prošli vikend.</w:t>
      </w:r>
    </w:p>
    <w:p w14:paraId="3173365D" w14:textId="77777777" w:rsidR="00BC15E0" w:rsidRDefault="00000000">
      <w:pPr>
        <w:pStyle w:val="Naslov2"/>
      </w:pPr>
      <w:r>
        <w:t>Sadržaj za Wordwall</w:t>
      </w:r>
    </w:p>
    <w:p w14:paraId="2BF94D8D" w14:textId="77777777" w:rsidR="00BC15E0" w:rsidRDefault="00000000">
      <w:r>
        <w:t>Uputa: Remets les mots dans l’ordre pour former une phrase. Commence par l’expression de temps. / Složi riječi u rečenicu. Započni vremenskim izrazom.</w:t>
      </w:r>
    </w:p>
    <w:p w14:paraId="1620E3CE" w14:textId="77777777" w:rsidR="00BC15E0" w:rsidRDefault="00000000">
      <w:r>
        <w:t>U Unjumble unose se ispravne rečenice iz drugoga stupca. Kose crte u prvom stupcu prikazuju predložene cjeline za slaganje. Vremenski izraz grupirajte gdje predložak to omogućuje. Apostrof zadržite uz riječ.</w:t>
      </w:r>
    </w:p>
    <w:p w14:paraId="00DBD341" w14:textId="77777777" w:rsidR="00BC15E0" w:rsidRDefault="00000000">
      <w:pPr>
        <w:pStyle w:val="Naslov2"/>
      </w:pPr>
      <w:proofErr w:type="spellStart"/>
      <w:r>
        <w:t>Primjena</w:t>
      </w:r>
      <w:proofErr w:type="spellEnd"/>
    </w:p>
    <w:p w14:paraId="0C441BD7" w14:textId="77777777" w:rsidR="00BC15E0" w:rsidRDefault="00000000">
      <w:r>
        <w:t>Samedi, Julie est allée au marché. Elle a acheté des fruits et du fromage. L’après-midi, elle a préparé un gâteau. Le soir, elle a regardé un film avec sa sœur. Dimanche, elle a fait une promenade avec ses amis. Elle n’a pas travaillé.</w:t>
      </w:r>
    </w:p>
    <w:p w14:paraId="2BECB590" w14:textId="77777777" w:rsidR="00BC15E0" w:rsidRDefault="00000000">
      <w:r>
        <w:t>Prijevod: U subotu je Julie otišla na tržnicu. Kupila je voće i sir. Poslijepodne je pripremila kolač. Navečer je gledala film sa sestrom. U nedjelju je prošetala s prijateljima. Nije radila.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C15E0" w14:paraId="2A9FC925" w14:textId="77777777">
        <w:trPr>
          <w:cantSplit/>
          <w:tblHeader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FE2BF8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Pitanje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E99256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Očekivani odgovor</w:t>
            </w:r>
          </w:p>
        </w:tc>
      </w:tr>
      <w:tr w:rsidR="00BC15E0" w14:paraId="62F95988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F44EC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Où est-ce que Julie est allée samedi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7F2D4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est allée au marché.</w:t>
            </w:r>
          </w:p>
        </w:tc>
      </w:tr>
      <w:tr w:rsidR="00BC15E0" w14:paraId="2E054F00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EC949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Qu’est-ce qu’elle a acheté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0D4B0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a acheté des fruits et du fromage.</w:t>
            </w:r>
          </w:p>
        </w:tc>
      </w:tr>
      <w:tr w:rsidR="00BC15E0" w14:paraId="0D48EBE8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B4709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Qu’est-ce qu’elle a préparé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50368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a préparé un gâteau.</w:t>
            </w:r>
          </w:p>
        </w:tc>
      </w:tr>
      <w:tr w:rsidR="00BC15E0" w14:paraId="3A79B452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8ED75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Avec qui est-ce qu’elle a regardé un film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E8A11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Elle a regardé un film avec sa sœur.</w:t>
            </w:r>
          </w:p>
        </w:tc>
      </w:tr>
      <w:tr w:rsidR="00BC15E0" w14:paraId="715D55DB" w14:textId="77777777">
        <w:trPr>
          <w:cantSplit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77F02" w14:textId="77777777" w:rsidR="00BC15E0" w:rsidRDefault="00000000">
            <w:pPr>
              <w:spacing w:before="20"/>
            </w:pPr>
            <w:r>
              <w:rPr>
                <w:sz w:val="19"/>
              </w:rPr>
              <w:t>Est-ce qu’elle a travaillé dimanche ?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A06C08" w14:textId="77777777" w:rsidR="00BC15E0" w:rsidRDefault="00000000">
            <w:pPr>
              <w:spacing w:before="20"/>
            </w:pPr>
            <w:r>
              <w:rPr>
                <w:sz w:val="19"/>
              </w:rPr>
              <w:t>Non, elle n’a pas travaillé.</w:t>
            </w:r>
          </w:p>
        </w:tc>
      </w:tr>
    </w:tbl>
    <w:p w14:paraId="24B3A26E" w14:textId="77777777" w:rsidR="00BC15E0" w:rsidRDefault="00BC15E0">
      <w:pPr>
        <w:spacing w:after="0" w:line="60" w:lineRule="exact"/>
      </w:pPr>
    </w:p>
    <w:p w14:paraId="1A6B10C8" w14:textId="77777777" w:rsidR="00BC15E0" w:rsidRDefault="00000000">
      <w:pPr>
        <w:pStyle w:val="Naslov2"/>
      </w:pPr>
      <w:r>
        <w:t>Završna komunikacijska aktivnost</w:t>
      </w:r>
    </w:p>
    <w:p w14:paraId="186F92B0" w14:textId="77777777" w:rsidR="00BC15E0" w:rsidRDefault="00000000">
      <w:r>
        <w:t>Učenik piše pet rečenica o vikendu: tri s avoir, jednu s aller u passé composéu i jednu niječnu.</w:t>
      </w:r>
    </w:p>
    <w:p w14:paraId="0B5B2F1A" w14:textId="77777777" w:rsidR="00BC15E0" w:rsidRDefault="00000000">
      <w:pPr>
        <w:keepLines/>
      </w:pPr>
      <w:r>
        <w:t>Samedi, j’ai joué au football.</w:t>
      </w:r>
      <w:r>
        <w:br/>
        <w:t>J’ai mangé une pizza.</w:t>
      </w:r>
      <w:r>
        <w:br/>
        <w:t>Le soir, j’ai regardé un film.</w:t>
      </w:r>
      <w:r>
        <w:br/>
        <w:t>Dimanche, je suis allé au parc.</w:t>
      </w:r>
      <w:r>
        <w:br/>
        <w:t>Je n’ai pas travaillé.</w:t>
      </w:r>
    </w:p>
    <w:p w14:paraId="442A9EA9" w14:textId="77777777" w:rsidR="00BC15E0" w:rsidRDefault="00000000">
      <w:r>
        <w:t>Učenica koristi: Je suis allée au parc.</w:t>
      </w:r>
    </w:p>
    <w:p w14:paraId="3215854C" w14:textId="77777777" w:rsidR="00BC15E0" w:rsidRDefault="00000000">
      <w:pPr>
        <w:keepLines/>
      </w:pPr>
      <w:r>
        <w:t>— Qu’est-ce que tu as fait samedi ?</w:t>
      </w:r>
      <w:r>
        <w:br/>
        <w:t>— J’ai joué au football. Et toi ?</w:t>
      </w:r>
      <w:r>
        <w:br/>
        <w:t>— Je suis allée au cinéma.</w:t>
      </w:r>
      <w:r>
        <w:br/>
        <w:t>— Tu as aimé le film ?</w:t>
      </w:r>
      <w:r>
        <w:br/>
        <w:t>— Oui, j’ai beaucoup aimé le film.</w:t>
      </w:r>
    </w:p>
    <w:p w14:paraId="7EA78E85" w14:textId="77777777" w:rsidR="00BC15E0" w:rsidRDefault="00000000">
      <w:pPr>
        <w:pStyle w:val="Naslov2"/>
      </w:pPr>
      <w:r>
        <w:lastRenderedPageBreak/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064"/>
        <w:gridCol w:w="1296"/>
      </w:tblGrid>
      <w:tr w:rsidR="00BC15E0" w14:paraId="363A00CA" w14:textId="77777777">
        <w:trPr>
          <w:cantSplit/>
          <w:tblHeader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138351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Dio sata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1B62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D50C00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4B1022F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3D265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F4B31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Uvod i ponavljanje potrebnih izraza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7713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05E77FC8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1AA74A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908CE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Digitalna aktivnost i zajednička provjera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79B37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7388EEBA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1DC611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44CAD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Jezična primjena i razumijevanje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3E3BC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5571C148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3B4BC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D80FF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i razgovor u paru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E8CF9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314AFA2F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10BBAE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FCB17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Završna provjera i povratna informacija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31F9D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37520E1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6CBCC2" w14:textId="77777777" w:rsidR="00BC15E0" w:rsidRDefault="00BC15E0">
            <w:pPr>
              <w:spacing w:before="20"/>
              <w:jc w:val="center"/>
            </w:pPr>
          </w:p>
        </w:tc>
        <w:tc>
          <w:tcPr>
            <w:tcW w:w="80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23697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53012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61F24863" w14:textId="77777777" w:rsidR="00BC15E0" w:rsidRDefault="00BC15E0">
      <w:pPr>
        <w:spacing w:after="0" w:line="60" w:lineRule="exact"/>
      </w:pPr>
    </w:p>
    <w:p w14:paraId="26CFF03B" w14:textId="77777777" w:rsidR="00BC15E0" w:rsidRDefault="00000000">
      <w:pPr>
        <w:pStyle w:val="Naslov2"/>
      </w:pPr>
      <w:r>
        <w:t>Metodička napomena</w:t>
      </w:r>
    </w:p>
    <w:p w14:paraId="123FE15A" w14:textId="77777777" w:rsidR="00BC15E0" w:rsidRDefault="00000000">
      <w:r>
        <w:t>Aktivnost slijedi obradu osnovne tvorbe passé composéa. Početni vremenski izraz određuje očekivani redoslijed. Učenicima je dostupna tablica pomoćnih glagola i participa. Prati se pomoćni glagol, položaj negacije i slaganje participa uz être. Ako predložak ne podržava grupiranje, vremenski izraz može se izdvojiti u uputu zadatka.</w:t>
      </w:r>
    </w:p>
    <w:p w14:paraId="37B4EBF9" w14:textId="0EDF5217" w:rsidR="00BC15E0" w:rsidRDefault="00000000">
      <w:r>
        <w:t xml:space="preserve">Poveznica na interaktivnu aktivnost: </w:t>
      </w:r>
      <w:hyperlink r:id="rId23" w:history="1">
        <w:r w:rsidR="00D15B2D" w:rsidRPr="000870C8">
          <w:rPr>
            <w:rStyle w:val="Hiperveza"/>
          </w:rPr>
          <w:t>https://wordwall.net/hr/resource/120724865/hier-jai</w:t>
        </w:r>
      </w:hyperlink>
      <w:r w:rsidR="00D15B2D">
        <w:t xml:space="preserve"> </w:t>
      </w:r>
      <w:r>
        <w:br/>
      </w:r>
    </w:p>
    <w:p w14:paraId="32CD84BA" w14:textId="77777777" w:rsidR="00BC15E0" w:rsidRDefault="00000000">
      <w:pPr>
        <w:pStyle w:val="Naslov1"/>
        <w:pageBreakBefore/>
      </w:pPr>
      <w:r>
        <w:lastRenderedPageBreak/>
        <w:t>15 Le grand défi A1 A2</w:t>
      </w:r>
    </w:p>
    <w:p w14:paraId="1169A22C" w14:textId="77777777" w:rsidR="00BC15E0" w:rsidRDefault="00000000">
      <w:r>
        <w:t>Razina: A1–A2</w:t>
      </w:r>
      <w:r>
        <w:br/>
        <w:t>Tema: Završno ponavljanje sadržaja zbirke</w:t>
      </w:r>
      <w:r>
        <w:br/>
        <w:t>Opseg: 1 nastavni sat (45 minuta)</w:t>
      </w:r>
      <w:r>
        <w:br/>
        <w:t>Predložak: Gameshow quiz</w:t>
      </w:r>
      <w:r>
        <w:br/>
        <w:t>Broj digitalnih zadataka ili pojmova: 15</w:t>
      </w:r>
    </w:p>
    <w:p w14:paraId="1C7F3A38" w14:textId="77777777" w:rsidR="00BC15E0" w:rsidRDefault="00000000">
      <w:pPr>
        <w:pStyle w:val="Naslov2"/>
      </w:pPr>
      <w:r>
        <w:t>Odgojno obrazovni ishod</w:t>
      </w:r>
    </w:p>
    <w:p w14:paraId="57E92DB7" w14:textId="77777777" w:rsidR="00BC15E0" w:rsidRDefault="00000000">
      <w:r>
        <w:t>Učenik primjenjuje osnovni vokabular i jezične strukture iz obrađenih tema te sudjeluje u kratkim razgovorima u poznatim svakodnevnim situacijama.</w:t>
      </w:r>
    </w:p>
    <w:p w14:paraId="278BA83D" w14:textId="77777777" w:rsidR="00BC15E0" w:rsidRDefault="00000000">
      <w:pPr>
        <w:pStyle w:val="Naslov2"/>
      </w:pPr>
      <w:r>
        <w:t>Opis za javnu objavu</w:t>
      </w:r>
    </w:p>
    <w:p w14:paraId="33C1EF12" w14:textId="77777777" w:rsidR="00BC15E0" w:rsidRDefault="00000000">
      <w:r>
        <w:t>Završna aktivnost povezuje sve teme zbirke. Nakon kviza učenici primjenjuju naučeno u kratkim razgovorima i procjenjuju vlastitu uspješnost.</w:t>
      </w:r>
    </w:p>
    <w:p w14:paraId="31FD673F" w14:textId="77777777" w:rsidR="00BC15E0" w:rsidRDefault="00000000">
      <w:pPr>
        <w:pStyle w:val="Naslov2"/>
      </w:pPr>
      <w:r>
        <w:t>Sadržaj za Wordwall</w:t>
      </w:r>
    </w:p>
    <w:p w14:paraId="616EB054" w14:textId="77777777" w:rsidR="00BC15E0" w:rsidRDefault="00000000">
      <w:r>
        <w:t>Uputa: Lis chaque question et choisis la bonne réponse. / Pročitaj svako pitanje i odaberi točan odgovor.</w:t>
      </w:r>
    </w:p>
    <w:p w14:paraId="6F8C6C19" w14:textId="77777777" w:rsidR="00BC15E0" w:rsidRDefault="00000000">
      <w:pPr>
        <w:pStyle w:val="Naslov2"/>
      </w:pPr>
      <w:proofErr w:type="spellStart"/>
      <w:r>
        <w:t>Komunikacijski</w:t>
      </w:r>
      <w:proofErr w:type="spellEnd"/>
      <w:r>
        <w:t xml:space="preserve"> </w:t>
      </w:r>
      <w:proofErr w:type="spellStart"/>
      <w:r>
        <w:t>izazovi</w:t>
      </w:r>
      <w:proofErr w:type="spellEnd"/>
    </w:p>
    <w:p w14:paraId="791C0133" w14:textId="77777777" w:rsidR="00BC15E0" w:rsidRDefault="00000000">
      <w:r>
        <w:t>Svaki par dobiva dvije situacije. Nakon prvoga razgovora učenici zamjenjuju uloge i izvode drugu situaciju. Za kupovinu koriste cjenike iz aktivnosti 9 i 11.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4320"/>
        <w:gridCol w:w="3888"/>
      </w:tblGrid>
      <w:tr w:rsidR="00BC15E0" w14:paraId="286854BE" w14:textId="77777777">
        <w:trPr>
          <w:cantSplit/>
          <w:tblHeader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670720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Situacija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892B5F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Zadatak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19FB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Izrazi za pomoć</w:t>
            </w:r>
          </w:p>
        </w:tc>
      </w:tr>
      <w:tr w:rsidR="00BC15E0" w14:paraId="0135B992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87D83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Faisons connaissance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7E6BA2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Pozdravite se. Pitajte za ime, dob i mjesto stanovanja te odgovorite.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F3DB6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Comment tu t’appelles ? Quel âge as-tu ? Où habites-tu ?</w:t>
            </w:r>
          </w:p>
        </w:tc>
      </w:tr>
      <w:tr w:rsidR="00BC15E0" w14:paraId="15B63755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1CC8C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Dans ma ville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4EDFE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Pitajte gdje je ljekarna. Opišite položaj i dajte jednu uputu.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F1221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Où est la pharmacie ? À côté de… Allez tout droit.</w:t>
            </w:r>
          </w:p>
        </w:tc>
      </w:tr>
      <w:tr w:rsidR="00BC15E0" w14:paraId="25BCAD44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75835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Au café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C2A5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Naručite piće i kroasan. Pitajte za cijenu i tražite račun.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31635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Je voudrais… Ça fait combien ? L’addition, s’il vous plaît.</w:t>
            </w:r>
          </w:p>
        </w:tc>
      </w:tr>
      <w:tr w:rsidR="00BC15E0" w14:paraId="05CB3845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4FC712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Au magasin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94CE4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Kupite dvije namirnice i navedite količine. Prodavač izgovara cijenu.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BBA58F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Un kilo de… Un litre de… Ça fait…</w:t>
            </w:r>
          </w:p>
        </w:tc>
      </w:tr>
      <w:tr w:rsidR="00BC15E0" w14:paraId="5EF10E07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3A4FF5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À l’hôtel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1A603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Prijavite se. Pitajte je li doručak uključen i kada se poslužuje.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EAF62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J’ai une réservation. Le petit-déjeuner est compris ? À quelle heure… ?</w:t>
            </w:r>
          </w:p>
        </w:tc>
      </w:tr>
      <w:tr w:rsidR="00BC15E0" w14:paraId="1473A2F5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B40BAA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Mon week-end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3072E3" w14:textId="77777777" w:rsidR="00BC15E0" w:rsidRDefault="00000000">
            <w:pPr>
              <w:spacing w:before="20"/>
            </w:pPr>
            <w:r>
              <w:rPr>
                <w:sz w:val="19"/>
              </w:rPr>
              <w:t>Pitajte partnera što je radio za vikend. Navedite dvije prošle aktivnosti.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B47184" w14:textId="77777777" w:rsidR="00BC15E0" w:rsidRDefault="00000000">
            <w:pPr>
              <w:spacing w:before="20"/>
            </w:pPr>
            <w:r>
              <w:rPr>
                <w:sz w:val="19"/>
              </w:rPr>
              <w:t>Qu’est-ce que tu as fait ? J’ai… Je suis allé(e)…</w:t>
            </w:r>
          </w:p>
        </w:tc>
      </w:tr>
    </w:tbl>
    <w:p w14:paraId="333F47DA" w14:textId="77777777" w:rsidR="00BC15E0" w:rsidRDefault="00BC15E0">
      <w:pPr>
        <w:spacing w:after="0" w:line="60" w:lineRule="exact"/>
      </w:pPr>
    </w:p>
    <w:p w14:paraId="1DB44E8A" w14:textId="77777777" w:rsidR="00BC15E0" w:rsidRDefault="00000000">
      <w:pPr>
        <w:pStyle w:val="Naslov2"/>
      </w:pPr>
      <w:r>
        <w:t>Završni pisani zadatak</w:t>
      </w:r>
    </w:p>
    <w:p w14:paraId="2935BD88" w14:textId="77777777" w:rsidR="00BC15E0" w:rsidRDefault="00000000">
      <w:r>
        <w:t>Napiši šest rečenica: ime, dob, mjesto stanovanja, uobičajena aktivnost nakon škole, današnje vrijeme i jučerašnja aktivnost.</w:t>
      </w:r>
    </w:p>
    <w:p w14:paraId="0DB4C321" w14:textId="77777777" w:rsidR="00BC15E0" w:rsidRDefault="00000000">
      <w:pPr>
        <w:keepLines/>
      </w:pPr>
      <w:r>
        <w:t>Je m’appelle Lucas.</w:t>
      </w:r>
      <w:r>
        <w:br/>
        <w:t>J’ai seize ans.</w:t>
      </w:r>
      <w:r>
        <w:br/>
        <w:t>J’habite à Imotski.</w:t>
      </w:r>
      <w:r>
        <w:br/>
        <w:t>Après l’école, je fais mes devoirs.</w:t>
      </w:r>
      <w:r>
        <w:br/>
        <w:t>Aujourd’hui, il fait beau.</w:t>
      </w:r>
      <w:r>
        <w:br/>
        <w:t>Hier, j’ai joué au football.</w:t>
      </w:r>
    </w:p>
    <w:p w14:paraId="6AAE8FB8" w14:textId="77777777" w:rsidR="00BC15E0" w:rsidRDefault="00000000">
      <w:r>
        <w:t>Prijevod: Zovem se Lucas. Imam šesnaest godina. Stanujem u Imotskom. Nakon škole pišem domaću zadaću. Danas je lijepo vrijeme. Jučer sam igrao nogomet.</w:t>
      </w:r>
    </w:p>
    <w:p w14:paraId="45CC71AA" w14:textId="77777777" w:rsidR="00BC15E0" w:rsidRDefault="00000000">
      <w:pPr>
        <w:pStyle w:val="Naslov2"/>
      </w:pPr>
      <w:r>
        <w:lastRenderedPageBreak/>
        <w:t>Samoprocjena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04"/>
        <w:gridCol w:w="1440"/>
        <w:gridCol w:w="1296"/>
        <w:gridCol w:w="1584"/>
      </w:tblGrid>
      <w:tr w:rsidR="00BC15E0" w14:paraId="69A5C78F" w14:textId="77777777">
        <w:trPr>
          <w:cantSplit/>
          <w:tblHeader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316F35" w14:textId="77777777" w:rsidR="00BC15E0" w:rsidRDefault="00000000">
            <w:pPr>
              <w:keepNext/>
              <w:spacing w:before="20"/>
              <w:jc w:val="center"/>
            </w:pPr>
            <w:r>
              <w:rPr>
                <w:b/>
                <w:sz w:val="19"/>
              </w:rPr>
              <w:t>Sada mogu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842609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Samostalno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B402B0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Uz pomoć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D7BE21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Trebam vježbati</w:t>
            </w:r>
          </w:p>
        </w:tc>
      </w:tr>
      <w:tr w:rsidR="00BC15E0" w14:paraId="25551817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E5B568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Predstaviti se i postaviti osobna pitanja.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6D254E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3D08F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8DA73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</w:tr>
      <w:tr w:rsidR="00BC15E0" w14:paraId="3F37F4F3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89F0CA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Opisati dio dana i navesti vrijeme aktivnosti.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E7455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5BA07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273C1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</w:tr>
      <w:tr w:rsidR="00BC15E0" w14:paraId="2E4631F6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BCDE86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Pitati za mjesto i razumjeti jednostavnu uputu.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B1A920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B2006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C71A3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</w:tr>
      <w:tr w:rsidR="00BC15E0" w14:paraId="64113E78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F76CC1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Naručiti hranu ili piće i tražiti račun.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13FF6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3A03B5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D292B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</w:tr>
      <w:tr w:rsidR="00BC15E0" w14:paraId="69C359C0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96785C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Kupiti namirnice uz navođenje količine.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94111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5FF3D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9AB0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</w:tr>
      <w:tr w:rsidR="00BC15E0" w14:paraId="01E308C2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5700BB" w14:textId="77777777" w:rsidR="00BC15E0" w:rsidRDefault="00000000">
            <w:pPr>
              <w:keepNext/>
              <w:spacing w:before="20"/>
              <w:jc w:val="center"/>
            </w:pPr>
            <w:r>
              <w:rPr>
                <w:sz w:val="19"/>
              </w:rPr>
              <w:t>Razmijeniti osnovne informacije na putovanju i u hotelu.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C3C19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E614B8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5BB66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☐</w:t>
            </w:r>
          </w:p>
        </w:tc>
      </w:tr>
      <w:tr w:rsidR="00BC15E0" w14:paraId="6A12CBDB" w14:textId="77777777">
        <w:trPr>
          <w:cantSplit/>
          <w:jc w:val="center"/>
        </w:trPr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D39FA3" w14:textId="77777777" w:rsidR="00BC15E0" w:rsidRDefault="00000000">
            <w:pPr>
              <w:spacing w:before="20"/>
              <w:jc w:val="center"/>
            </w:pPr>
            <w:r>
              <w:rPr>
                <w:sz w:val="19"/>
              </w:rPr>
              <w:t>Kratko opisati prošlu aktivnost.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A03404" w14:textId="77777777" w:rsidR="00BC15E0" w:rsidRDefault="00000000">
            <w:pPr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F85B57" w14:textId="77777777" w:rsidR="00BC15E0" w:rsidRDefault="00000000">
            <w:pPr>
              <w:spacing w:before="20"/>
            </w:pPr>
            <w:r>
              <w:rPr>
                <w:sz w:val="19"/>
              </w:rPr>
              <w:t>☐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4E2F0" w14:textId="77777777" w:rsidR="00BC15E0" w:rsidRDefault="00000000">
            <w:pPr>
              <w:spacing w:before="20"/>
            </w:pPr>
            <w:r>
              <w:rPr>
                <w:sz w:val="19"/>
              </w:rPr>
              <w:t>☐</w:t>
            </w:r>
          </w:p>
        </w:tc>
      </w:tr>
    </w:tbl>
    <w:p w14:paraId="6E237303" w14:textId="77777777" w:rsidR="00BC15E0" w:rsidRDefault="00BC15E0">
      <w:pPr>
        <w:spacing w:after="0" w:line="60" w:lineRule="exact"/>
      </w:pPr>
    </w:p>
    <w:p w14:paraId="61002DDA" w14:textId="77777777" w:rsidR="00BC15E0" w:rsidRDefault="00000000">
      <w:pPr>
        <w:pStyle w:val="Naslov2"/>
      </w:pPr>
      <w:r>
        <w:t>Tijek nastavnog sata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  <w:gridCol w:w="1584"/>
      </w:tblGrid>
      <w:tr w:rsidR="00BC15E0" w14:paraId="43545F4C" w14:textId="77777777">
        <w:trPr>
          <w:cantSplit/>
          <w:tblHeader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BF676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Aktivnost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5AE6C9" w14:textId="77777777" w:rsidR="00BC15E0" w:rsidRDefault="00000000">
            <w:pPr>
              <w:keepNext/>
              <w:spacing w:before="20"/>
            </w:pPr>
            <w:r>
              <w:rPr>
                <w:b/>
                <w:sz w:val="19"/>
              </w:rPr>
              <w:t>Trajanje</w:t>
            </w:r>
          </w:p>
        </w:tc>
      </w:tr>
      <w:tr w:rsidR="00BC15E0" w14:paraId="5A1E52D6" w14:textId="77777777">
        <w:trPr>
          <w:cantSplit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D8BBE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Prisjećanje tema i pravila kviza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AC755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7226A22D" w14:textId="77777777">
        <w:trPr>
          <w:cantSplit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5CB97A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Završni kviz i objašnjenje odgovora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446013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23DE5CD8" w14:textId="77777777">
        <w:trPr>
          <w:cantSplit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287A21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Dvije igre uloga uz zamjenu uloga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21F7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15 min</w:t>
            </w:r>
          </w:p>
        </w:tc>
      </w:tr>
      <w:tr w:rsidR="00BC15E0" w14:paraId="274176E5" w14:textId="77777777">
        <w:trPr>
          <w:cantSplit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9C95EC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Pisanje šest rečenica o sebi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305534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10 min</w:t>
            </w:r>
          </w:p>
        </w:tc>
      </w:tr>
      <w:tr w:rsidR="00BC15E0" w14:paraId="3B09E81B" w14:textId="77777777">
        <w:trPr>
          <w:cantSplit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7B0237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Samoprocjena i odabir sadržaja za vježbanje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10B559" w14:textId="77777777" w:rsidR="00BC15E0" w:rsidRDefault="00000000">
            <w:pPr>
              <w:keepNext/>
              <w:spacing w:before="20"/>
            </w:pPr>
            <w:r>
              <w:rPr>
                <w:sz w:val="19"/>
              </w:rPr>
              <w:t>5 min</w:t>
            </w:r>
          </w:p>
        </w:tc>
      </w:tr>
      <w:tr w:rsidR="00BC15E0" w14:paraId="09FB68EE" w14:textId="77777777">
        <w:trPr>
          <w:cantSplit/>
          <w:jc w:val="center"/>
        </w:trPr>
        <w:tc>
          <w:tcPr>
            <w:tcW w:w="86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1A264F" w14:textId="77777777" w:rsidR="00BC15E0" w:rsidRDefault="00000000">
            <w:pPr>
              <w:spacing w:before="20"/>
            </w:pPr>
            <w:r>
              <w:rPr>
                <w:sz w:val="19"/>
              </w:rPr>
              <w:t>Ukupno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3C57A7" w14:textId="77777777" w:rsidR="00BC15E0" w:rsidRDefault="00000000">
            <w:pPr>
              <w:spacing w:before="20"/>
            </w:pPr>
            <w:r>
              <w:rPr>
                <w:sz w:val="19"/>
              </w:rPr>
              <w:t>45 min</w:t>
            </w:r>
          </w:p>
        </w:tc>
      </w:tr>
    </w:tbl>
    <w:p w14:paraId="0CF51BFA" w14:textId="77777777" w:rsidR="00BC15E0" w:rsidRDefault="00BC15E0">
      <w:pPr>
        <w:spacing w:after="0" w:line="60" w:lineRule="exact"/>
      </w:pPr>
    </w:p>
    <w:p w14:paraId="323EEB10" w14:textId="77777777" w:rsidR="00BC15E0" w:rsidRDefault="00000000">
      <w:pPr>
        <w:pStyle w:val="Naslov2"/>
      </w:pPr>
      <w:r>
        <w:t>Metodička napomena</w:t>
      </w:r>
    </w:p>
    <w:p w14:paraId="32CC82DB" w14:textId="77777777" w:rsidR="00BC15E0" w:rsidRDefault="00000000">
      <w:r>
        <w:t>Aktivnost služi ponavljanju i formativnom vrednovanju. Kviz se dopunjuje opažanjem komunikacije i pisanim zadatkom. Učenici A1 koriste obrasce; učenici A2 proširuju odgovore. Prošle radnje uključuju se za učenike koji su obradili passé composé. Za ostale se u pisanom zadatku posljednja rečenica zamjenjuje još jednom rečenicom u prezentu, a 15. pitanje može se zajednički objasniti.</w:t>
      </w:r>
    </w:p>
    <w:p w14:paraId="6AC4CE51" w14:textId="3AC43696" w:rsidR="00BC15E0" w:rsidRDefault="00000000">
      <w:r>
        <w:t xml:space="preserve">Poveznica na interaktivnu aktivnost: </w:t>
      </w:r>
      <w:hyperlink r:id="rId24" w:history="1">
        <w:r w:rsidR="00196584" w:rsidRPr="000870C8">
          <w:rPr>
            <w:rStyle w:val="Hiperveza"/>
          </w:rPr>
          <w:t>https://wordwall.net/hr/resource/120725234/le-grand-d%C3%A9fi-a1-a2</w:t>
        </w:r>
      </w:hyperlink>
      <w:r w:rsidR="00196584">
        <w:t xml:space="preserve"> </w:t>
      </w:r>
      <w:r>
        <w:br/>
      </w:r>
    </w:p>
    <w:sectPr w:rsidR="00BC15E0" w:rsidSect="00034616">
      <w:footerReference w:type="default" r:id="rId25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E42A1" w14:textId="77777777" w:rsidR="00C35AC8" w:rsidRDefault="00C35AC8">
      <w:pPr>
        <w:spacing w:after="0"/>
      </w:pPr>
      <w:r>
        <w:separator/>
      </w:r>
    </w:p>
  </w:endnote>
  <w:endnote w:type="continuationSeparator" w:id="0">
    <w:p w14:paraId="25B2CCDA" w14:textId="77777777" w:rsidR="00C35AC8" w:rsidRDefault="00C35A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CA76" w14:textId="77777777" w:rsidR="00BC15E0" w:rsidRDefault="00000000">
    <w:pPr>
      <w:pStyle w:val="Podnoje"/>
      <w:jc w:val="center"/>
    </w:pPr>
    <w:r>
      <w:fldChar w:fldCharType="begin"/>
    </w:r>
    <w:r>
      <w:instrText>PAGE</w:instrText>
    </w:r>
    <w:r>
      <w:fldChar w:fldCharType="separate"/>
    </w:r>
    <w:r w:rsidR="002B32D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0741A" w14:textId="77777777" w:rsidR="00C35AC8" w:rsidRDefault="00C35AC8">
      <w:pPr>
        <w:spacing w:after="0"/>
      </w:pPr>
      <w:r>
        <w:separator/>
      </w:r>
    </w:p>
  </w:footnote>
  <w:footnote w:type="continuationSeparator" w:id="0">
    <w:p w14:paraId="32052FE2" w14:textId="77777777" w:rsidR="00C35AC8" w:rsidRDefault="00C35A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4690052">
    <w:abstractNumId w:val="8"/>
  </w:num>
  <w:num w:numId="2" w16cid:durableId="1191529704">
    <w:abstractNumId w:val="6"/>
  </w:num>
  <w:num w:numId="3" w16cid:durableId="1797718567">
    <w:abstractNumId w:val="5"/>
  </w:num>
  <w:num w:numId="4" w16cid:durableId="1910076463">
    <w:abstractNumId w:val="4"/>
  </w:num>
  <w:num w:numId="5" w16cid:durableId="913860489">
    <w:abstractNumId w:val="7"/>
  </w:num>
  <w:num w:numId="6" w16cid:durableId="818155055">
    <w:abstractNumId w:val="3"/>
  </w:num>
  <w:num w:numId="7" w16cid:durableId="1763724337">
    <w:abstractNumId w:val="2"/>
  </w:num>
  <w:num w:numId="8" w16cid:durableId="364600411">
    <w:abstractNumId w:val="1"/>
  </w:num>
  <w:num w:numId="9" w16cid:durableId="83487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584"/>
    <w:rsid w:val="0024180C"/>
    <w:rsid w:val="0029639D"/>
    <w:rsid w:val="002B32DB"/>
    <w:rsid w:val="002F1887"/>
    <w:rsid w:val="00326F90"/>
    <w:rsid w:val="00580762"/>
    <w:rsid w:val="00AA1D8D"/>
    <w:rsid w:val="00B47730"/>
    <w:rsid w:val="00BC15E0"/>
    <w:rsid w:val="00C35AC8"/>
    <w:rsid w:val="00CB0664"/>
    <w:rsid w:val="00CD0E21"/>
    <w:rsid w:val="00CD5033"/>
    <w:rsid w:val="00D15B2D"/>
    <w:rsid w:val="00D84A54"/>
    <w:rsid w:val="00DB317D"/>
    <w:rsid w:val="00F752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2A5C5"/>
  <w14:defaultImageDpi w14:val="300"/>
  <w15:docId w15:val="{2B524936-B01F-4FE3-9633-3AEBA10B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color w:val="000000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before="120"/>
      <w:contextualSpacing/>
    </w:pPr>
    <w:rPr>
      <w:rFonts w:asciiTheme="majorHAnsi" w:eastAsiaTheme="majorEastAsia" w:hAnsiTheme="majorHAnsi" w:cstheme="majorBidi"/>
      <w:spacing w:val="5"/>
      <w:kern w:val="28"/>
      <w:sz w:val="5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D15B2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15B2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965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hr/resource/120720642/bonjour-faisons-connaissance" TargetMode="External"/><Relationship Id="rId13" Type="http://schemas.openxmlformats.org/officeDocument/2006/relationships/hyperlink" Target="https://wordwall.net/hr/resource/120722295/%C3%A0-l%C3%A9cole-2" TargetMode="External"/><Relationship Id="rId18" Type="http://schemas.openxmlformats.org/officeDocument/2006/relationships/hyperlink" Target="https://wordwall.net/hr/resource/120723605/au-caf%C3%A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ordwall.net/hr/resource/120724368/quel-temps-fait-i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ordwall.net/hr/resource/120722051/a-l%C3%A9cole-1" TargetMode="External"/><Relationship Id="rId17" Type="http://schemas.openxmlformats.org/officeDocument/2006/relationships/hyperlink" Target="https://wordwall.net/hr/resource/120723460/o%C3%B9-est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ordwall.net/hr/resource/120723256/dans-ma-ville" TargetMode="External"/><Relationship Id="rId20" Type="http://schemas.openxmlformats.org/officeDocument/2006/relationships/hyperlink" Target="https://wordwall.net/hr/resource/120724101/on-fait-les-cours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dwall.net/hr/resource/120721522/ma-famille-2" TargetMode="External"/><Relationship Id="rId24" Type="http://schemas.openxmlformats.org/officeDocument/2006/relationships/hyperlink" Target="https://wordwall.net/hr/resource/120725234/le-grand-d%C3%A9fi-a1-a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ordwall.net/hr/resource/120723076/quelle-heure-est-il" TargetMode="External"/><Relationship Id="rId23" Type="http://schemas.openxmlformats.org/officeDocument/2006/relationships/hyperlink" Target="https://wordwall.net/hr/resource/120724865/hier-jai" TargetMode="External"/><Relationship Id="rId10" Type="http://schemas.openxmlformats.org/officeDocument/2006/relationships/hyperlink" Target="https://wordwall.net/hr/resource/120721269/ma-famille-1" TargetMode="External"/><Relationship Id="rId19" Type="http://schemas.openxmlformats.org/officeDocument/2006/relationships/hyperlink" Target="https://wordwall.net/hr/resource/120723832/au-restaura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dwall.net/hr/resource/120721013/qui-suis-je" TargetMode="External"/><Relationship Id="rId14" Type="http://schemas.openxmlformats.org/officeDocument/2006/relationships/hyperlink" Target="https://wordwall.net/hr/resource/120722694/ma-journ%C3%A9e" TargetMode="External"/><Relationship Id="rId22" Type="http://schemas.openxmlformats.org/officeDocument/2006/relationships/hyperlink" Target="https://wordwall.net/hr/resource/120724612/on-part-en-voyag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28</Pages>
  <Words>6427</Words>
  <Characters>36635</Characters>
  <Application>Microsoft Office Word</Application>
  <DocSecurity>0</DocSecurity>
  <Lines>305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français en action A1 A2</dc:title>
  <dc:subject>Zbirka interaktivnih aktivnosti za učenje i ponavljanje francuskoga jezika</dc:subject>
  <dc:creator>Goran Rukavina, prof.</dc:creator>
  <cp:keywords/>
  <dc:description>generated by python-docx</dc:description>
  <cp:lastModifiedBy>PC</cp:lastModifiedBy>
  <cp:revision>5</cp:revision>
  <dcterms:created xsi:type="dcterms:W3CDTF">2026-10-06T17:32:00Z</dcterms:created>
  <dcterms:modified xsi:type="dcterms:W3CDTF">2026-10-06T18:27:00Z</dcterms:modified>
  <cp:category/>
</cp:coreProperties>
</file>